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F39E1" w14:textId="77777777" w:rsidR="0096655C" w:rsidRPr="00827E4F" w:rsidRDefault="008874FF">
      <w:pPr>
        <w:spacing w:before="40" w:after="20"/>
        <w:jc w:val="center"/>
      </w:pPr>
      <w:r w:rsidRPr="00827E4F">
        <w:rPr>
          <w:b/>
          <w:color w:val="1E3C60"/>
          <w:sz w:val="33"/>
        </w:rPr>
        <w:t>Parental / Guardian Consent &amp; U18 Participation Form</w:t>
      </w:r>
    </w:p>
    <w:p w14:paraId="176C3A11" w14:textId="77777777" w:rsidR="0096655C" w:rsidRPr="00827E4F" w:rsidRDefault="008874FF">
      <w:pPr>
        <w:spacing w:after="160"/>
        <w:jc w:val="center"/>
      </w:pPr>
      <w:r w:rsidRPr="00827E4F">
        <w:rPr>
          <w:b/>
          <w:color w:val="2A70B1"/>
          <w:sz w:val="21"/>
        </w:rPr>
        <w:t>For Scottish Touch activities involving participants under 18</w:t>
      </w:r>
    </w:p>
    <w:p w14:paraId="2DFC6309" w14:textId="77777777" w:rsidR="0096655C" w:rsidRPr="00827E4F" w:rsidRDefault="008874FF">
      <w:pPr>
        <w:spacing w:line="240" w:lineRule="auto"/>
        <w:rPr>
          <w:sz w:val="17"/>
        </w:rPr>
      </w:pPr>
      <w:r w:rsidRPr="00827E4F">
        <w:rPr>
          <w:sz w:val="17"/>
        </w:rPr>
        <w:t>This form records the information and permissions needed for U18 participation in Scottish Touch activities. Where an U18 may train or compete with players aged 18 or over, it also records the three-way participation decision: parent/carer consent, the young person's own agreement, and an authorised Coach / Session Lead assessment of suitability. The participant remains under 18 for safeguarding purposes throughout.</w:t>
      </w:r>
    </w:p>
    <w:p w14:paraId="46702756" w14:textId="77777777" w:rsidR="002F14F2" w:rsidRPr="00326801" w:rsidRDefault="002F14F2">
      <w:pPr>
        <w:spacing w:line="240" w:lineRule="auto"/>
        <w:rPr>
          <w:sz w:val="10"/>
          <w:szCs w:val="14"/>
        </w:rPr>
      </w:pPr>
    </w:p>
    <w:tbl>
      <w:tblPr>
        <w:tblW w:w="0" w:type="auto"/>
        <w:jc w:val="center"/>
        <w:tblLook w:val="04A0" w:firstRow="1" w:lastRow="0" w:firstColumn="1" w:lastColumn="0" w:noHBand="0" w:noVBand="1"/>
      </w:tblPr>
      <w:tblGrid>
        <w:gridCol w:w="10570"/>
      </w:tblGrid>
      <w:tr w:rsidR="0096655C" w:rsidRPr="00827E4F" w14:paraId="79B2FAE7" w14:textId="77777777">
        <w:trPr>
          <w:jc w:val="center"/>
        </w:trPr>
        <w:tc>
          <w:tcPr>
            <w:tcW w:w="10570" w:type="dxa"/>
            <w:shd w:val="clear" w:color="auto" w:fill="1E416B"/>
            <w:tcMar>
              <w:top w:w="35" w:type="dxa"/>
              <w:left w:w="65" w:type="dxa"/>
              <w:bottom w:w="35" w:type="dxa"/>
              <w:right w:w="65" w:type="dxa"/>
            </w:tcMar>
          </w:tcPr>
          <w:p w14:paraId="57A1EAA1" w14:textId="77777777" w:rsidR="0096655C" w:rsidRPr="00827E4F" w:rsidRDefault="008874FF">
            <w:pPr>
              <w:keepNext/>
              <w:spacing w:after="0"/>
            </w:pPr>
            <w:r w:rsidRPr="00827E4F">
              <w:rPr>
                <w:b/>
                <w:color w:val="FFFFFF"/>
                <w:sz w:val="21"/>
              </w:rPr>
              <w:t>1. SAFEGUARDING AND WELFARE</w:t>
            </w:r>
          </w:p>
        </w:tc>
      </w:tr>
    </w:tbl>
    <w:p w14:paraId="625056A5" w14:textId="77777777" w:rsidR="0096655C" w:rsidRPr="00827E4F" w:rsidRDefault="008874FF">
      <w:pPr>
        <w:spacing w:line="240" w:lineRule="auto"/>
        <w:rPr>
          <w:sz w:val="17"/>
        </w:rPr>
      </w:pPr>
      <w:r w:rsidRPr="00827E4F">
        <w:rPr>
          <w:sz w:val="17"/>
        </w:rPr>
        <w:t>The welfare and safety of children and young people is a priority. Coaches, team managers, medical personnel and volunteers working with young people must meet the safeguarding requirements applicable to their role, including PVG Scheme membership and relevant safeguarding training where required. Safeguarding concerns should be reported in accordance with Scottish Touch procedures.</w:t>
      </w:r>
    </w:p>
    <w:p w14:paraId="3F18D2FB" w14:textId="77777777" w:rsidR="00B24982" w:rsidRPr="00827E4F" w:rsidRDefault="00B24982">
      <w:pPr>
        <w:spacing w:line="240" w:lineRule="auto"/>
        <w:rPr>
          <w:sz w:val="17"/>
        </w:rPr>
      </w:pPr>
      <w:r w:rsidRPr="00827E4F">
        <w:rPr>
          <w:sz w:val="17"/>
        </w:rPr>
        <w:t>Coaches will be appropriately qualified or will operate under the supervision and guidance of suitably qualified Scottish Touch personnel. Any safeguarding concern involving a young person should be reported in accordance with Scottish Touch safeguarding procedures.</w:t>
      </w:r>
    </w:p>
    <w:p w14:paraId="3662B543" w14:textId="77777777" w:rsidR="002F14F2" w:rsidRPr="00326801" w:rsidRDefault="002F14F2">
      <w:pPr>
        <w:spacing w:line="240" w:lineRule="auto"/>
        <w:rPr>
          <w:sz w:val="10"/>
          <w:szCs w:val="14"/>
        </w:rPr>
      </w:pPr>
    </w:p>
    <w:tbl>
      <w:tblPr>
        <w:tblW w:w="0" w:type="auto"/>
        <w:jc w:val="center"/>
        <w:tblLook w:val="04A0" w:firstRow="1" w:lastRow="0" w:firstColumn="1" w:lastColumn="0" w:noHBand="0" w:noVBand="1"/>
      </w:tblPr>
      <w:tblGrid>
        <w:gridCol w:w="10570"/>
      </w:tblGrid>
      <w:tr w:rsidR="0096655C" w:rsidRPr="00827E4F" w14:paraId="722A97BF" w14:textId="77777777">
        <w:trPr>
          <w:jc w:val="center"/>
        </w:trPr>
        <w:tc>
          <w:tcPr>
            <w:tcW w:w="10570" w:type="dxa"/>
            <w:shd w:val="clear" w:color="auto" w:fill="1E416B"/>
            <w:tcMar>
              <w:top w:w="35" w:type="dxa"/>
              <w:left w:w="65" w:type="dxa"/>
              <w:bottom w:w="35" w:type="dxa"/>
              <w:right w:w="65" w:type="dxa"/>
            </w:tcMar>
          </w:tcPr>
          <w:p w14:paraId="03D08929" w14:textId="77777777" w:rsidR="0096655C" w:rsidRPr="00827E4F" w:rsidRDefault="008874FF">
            <w:pPr>
              <w:keepNext/>
              <w:spacing w:after="0"/>
            </w:pPr>
            <w:r w:rsidRPr="00827E4F">
              <w:rPr>
                <w:b/>
                <w:color w:val="FFFFFF"/>
                <w:sz w:val="21"/>
              </w:rPr>
              <w:t>2. ASSESSMENT OF U18 PLAYERS</w:t>
            </w:r>
          </w:p>
        </w:tc>
      </w:tr>
    </w:tbl>
    <w:p w14:paraId="670C80E2" w14:textId="77777777" w:rsidR="0096655C" w:rsidRPr="00827E4F" w:rsidRDefault="008874FF">
      <w:pPr>
        <w:spacing w:line="240" w:lineRule="auto"/>
        <w:rPr>
          <w:sz w:val="17"/>
        </w:rPr>
      </w:pPr>
      <w:r w:rsidRPr="00827E4F">
        <w:rPr>
          <w:sz w:val="17"/>
        </w:rPr>
        <w:t>A player's welfare and safety will be the primary consideration when deciding whether an U18 is suitable for a particular session, competition, age group or playing environment. The authorised Coach / Session Lead may consider physical development, injury or medical information, skill and experience, the standard and physical demands of the activity, playing role and relevant environmental factors. The decision should be reviewed if the player's age, ability, health, circumstances or the activity materially changes.</w:t>
      </w:r>
    </w:p>
    <w:p w14:paraId="65B939BD" w14:textId="77777777" w:rsidR="002F14F2" w:rsidRPr="00326801" w:rsidRDefault="002F14F2">
      <w:pPr>
        <w:spacing w:line="240" w:lineRule="auto"/>
        <w:rPr>
          <w:sz w:val="10"/>
          <w:szCs w:val="14"/>
        </w:rPr>
      </w:pPr>
    </w:p>
    <w:tbl>
      <w:tblPr>
        <w:tblW w:w="0" w:type="auto"/>
        <w:jc w:val="center"/>
        <w:tblLook w:val="04A0" w:firstRow="1" w:lastRow="0" w:firstColumn="1" w:lastColumn="0" w:noHBand="0" w:noVBand="1"/>
      </w:tblPr>
      <w:tblGrid>
        <w:gridCol w:w="10570"/>
      </w:tblGrid>
      <w:tr w:rsidR="0096655C" w:rsidRPr="00827E4F" w14:paraId="3AF75379" w14:textId="77777777">
        <w:trPr>
          <w:jc w:val="center"/>
        </w:trPr>
        <w:tc>
          <w:tcPr>
            <w:tcW w:w="10570" w:type="dxa"/>
            <w:shd w:val="clear" w:color="auto" w:fill="1E416B"/>
            <w:tcMar>
              <w:top w:w="35" w:type="dxa"/>
              <w:left w:w="65" w:type="dxa"/>
              <w:bottom w:w="35" w:type="dxa"/>
              <w:right w:w="65" w:type="dxa"/>
            </w:tcMar>
          </w:tcPr>
          <w:p w14:paraId="0DE8E71F" w14:textId="77777777" w:rsidR="0096655C" w:rsidRPr="00827E4F" w:rsidRDefault="008874FF">
            <w:pPr>
              <w:keepNext/>
              <w:spacing w:after="0"/>
            </w:pPr>
            <w:r w:rsidRPr="00827E4F">
              <w:rPr>
                <w:b/>
                <w:color w:val="FFFFFF"/>
                <w:sz w:val="21"/>
              </w:rPr>
              <w:t>3. U18 PARTICIPATION WITH ADULTS / MIXED-AGE TOUCH</w:t>
            </w:r>
          </w:p>
        </w:tc>
      </w:tr>
    </w:tbl>
    <w:p w14:paraId="3D4A202D" w14:textId="77777777" w:rsidR="0096655C" w:rsidRPr="00827E4F" w:rsidRDefault="008874FF">
      <w:pPr>
        <w:spacing w:line="240" w:lineRule="auto"/>
      </w:pPr>
      <w:r w:rsidRPr="00827E4F">
        <w:rPr>
          <w:sz w:val="17"/>
        </w:rPr>
        <w:t>An U18 may take part in an adult or mixed-age environment only where all parts of the participation decision are satisfied:</w:t>
      </w:r>
    </w:p>
    <w:p w14:paraId="5FC1224E" w14:textId="77777777" w:rsidR="0096655C" w:rsidRPr="00827E4F" w:rsidRDefault="008874FF">
      <w:pPr>
        <w:spacing w:after="40"/>
        <w:ind w:left="259" w:hanging="187"/>
      </w:pPr>
      <w:r w:rsidRPr="00827E4F">
        <w:rPr>
          <w:sz w:val="17"/>
        </w:rPr>
        <w:t>• Parent/carer consent is in place.</w:t>
      </w:r>
    </w:p>
    <w:p w14:paraId="0F4E00E0" w14:textId="77777777" w:rsidR="0096655C" w:rsidRPr="00827E4F" w:rsidRDefault="008874FF">
      <w:pPr>
        <w:spacing w:after="40"/>
        <w:ind w:left="259" w:hanging="187"/>
      </w:pPr>
      <w:r w:rsidRPr="00827E4F">
        <w:rPr>
          <w:sz w:val="17"/>
        </w:rPr>
        <w:t>• The young person wants and agrees to take part.</w:t>
      </w:r>
    </w:p>
    <w:p w14:paraId="3E84527D" w14:textId="77777777" w:rsidR="0096655C" w:rsidRPr="00827E4F" w:rsidRDefault="008874FF">
      <w:pPr>
        <w:spacing w:after="40"/>
        <w:ind w:left="259" w:hanging="187"/>
      </w:pPr>
      <w:r w:rsidRPr="00827E4F">
        <w:rPr>
          <w:sz w:val="17"/>
        </w:rPr>
        <w:t>• An authorised Coach / Session Lead has assessed the player as suitable for the particular environment.</w:t>
      </w:r>
    </w:p>
    <w:p w14:paraId="755D5954" w14:textId="77777777" w:rsidR="0096655C" w:rsidRPr="00827E4F" w:rsidRDefault="008874FF">
      <w:pPr>
        <w:spacing w:after="40"/>
        <w:ind w:left="259" w:hanging="187"/>
      </w:pPr>
      <w:r w:rsidRPr="00827E4F">
        <w:rPr>
          <w:sz w:val="17"/>
        </w:rPr>
        <w:t>• Appropriate U18 safeguarding arrangements remain in place.</w:t>
      </w:r>
    </w:p>
    <w:p w14:paraId="1938D624" w14:textId="77777777" w:rsidR="0096655C" w:rsidRPr="00827E4F" w:rsidRDefault="008874FF">
      <w:pPr>
        <w:spacing w:line="240" w:lineRule="auto"/>
      </w:pPr>
      <w:r w:rsidRPr="00827E4F">
        <w:rPr>
          <w:sz w:val="17"/>
        </w:rPr>
        <w:t>Consent is not an entitlement to participate in a particular adult environment. If the young person does not wish to take part, or the authorised Coach / Session Lead is not satisfied that participation is suitable, the U18 should not take part in that adult element at that time.</w:t>
      </w:r>
    </w:p>
    <w:p w14:paraId="10A037B5" w14:textId="77777777" w:rsidR="002F14F2" w:rsidRPr="00326801" w:rsidRDefault="002F14F2">
      <w:pPr>
        <w:rPr>
          <w:sz w:val="10"/>
          <w:szCs w:val="14"/>
        </w:rPr>
      </w:pPr>
    </w:p>
    <w:tbl>
      <w:tblPr>
        <w:tblW w:w="0" w:type="auto"/>
        <w:jc w:val="center"/>
        <w:tblLook w:val="04A0" w:firstRow="1" w:lastRow="0" w:firstColumn="1" w:lastColumn="0" w:noHBand="0" w:noVBand="1"/>
      </w:tblPr>
      <w:tblGrid>
        <w:gridCol w:w="5280"/>
        <w:gridCol w:w="5280"/>
        <w:gridCol w:w="10"/>
      </w:tblGrid>
      <w:tr w:rsidR="0096655C" w:rsidRPr="00827E4F" w14:paraId="3FFDCDD9" w14:textId="77777777">
        <w:trPr>
          <w:jc w:val="center"/>
        </w:trPr>
        <w:tc>
          <w:tcPr>
            <w:tcW w:w="10570" w:type="dxa"/>
            <w:gridSpan w:val="3"/>
            <w:shd w:val="clear" w:color="auto" w:fill="173F67"/>
            <w:tcMar>
              <w:top w:w="35" w:type="dxa"/>
              <w:left w:w="65" w:type="dxa"/>
              <w:bottom w:w="35" w:type="dxa"/>
              <w:right w:w="65" w:type="dxa"/>
            </w:tcMar>
          </w:tcPr>
          <w:p w14:paraId="6D85C5AF" w14:textId="77777777" w:rsidR="0096655C" w:rsidRPr="00827E4F" w:rsidRDefault="008874FF">
            <w:pPr>
              <w:keepNext/>
              <w:spacing w:after="0"/>
            </w:pPr>
            <w:r w:rsidRPr="00827E4F">
              <w:rPr>
                <w:b/>
                <w:color w:val="FFFFFF"/>
                <w:sz w:val="20"/>
              </w:rPr>
              <w:t>4. PARTICIPANT DETAILS</w:t>
            </w:r>
          </w:p>
        </w:tc>
      </w:tr>
      <w:tr w:rsidR="0096655C" w:rsidRPr="00827E4F" w14:paraId="59CB81CD"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06CEE0AB" w14:textId="77777777" w:rsidR="0096655C" w:rsidRPr="00827E4F" w:rsidRDefault="008874FF">
            <w:pPr>
              <w:spacing w:after="0"/>
            </w:pPr>
            <w:r w:rsidRPr="00827E4F">
              <w:rPr>
                <w:b/>
                <w:color w:val="173F67"/>
                <w:sz w:val="16"/>
              </w:rPr>
              <w:t>Name of participant</w:t>
            </w:r>
          </w:p>
        </w:tc>
        <w:tc>
          <w:tcPr>
            <w:tcW w:w="5285" w:type="dxa"/>
            <w:shd w:val="clear" w:color="auto" w:fill="EAF2F8"/>
            <w:tcMar>
              <w:top w:w="60" w:type="dxa"/>
              <w:left w:w="75" w:type="dxa"/>
              <w:bottom w:w="60" w:type="dxa"/>
              <w:right w:w="75" w:type="dxa"/>
            </w:tcMar>
          </w:tcPr>
          <w:p w14:paraId="498DA3A3" w14:textId="77777777" w:rsidR="0096655C" w:rsidRPr="00827E4F" w:rsidRDefault="008874FF">
            <w:pPr>
              <w:spacing w:after="0"/>
            </w:pPr>
            <w:r w:rsidRPr="00827E4F">
              <w:rPr>
                <w:b/>
                <w:color w:val="173F67"/>
                <w:sz w:val="16"/>
              </w:rPr>
              <w:t>Date of birth</w:t>
            </w:r>
          </w:p>
        </w:tc>
      </w:tr>
      <w:tr w:rsidR="0096655C" w:rsidRPr="00827E4F" w14:paraId="44134C16"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835"/>
          <w:jc w:val="center"/>
        </w:trPr>
        <w:tc>
          <w:tcPr>
            <w:tcW w:w="5285" w:type="dxa"/>
            <w:shd w:val="clear" w:color="auto" w:fill="EAF2F8"/>
            <w:tcMar>
              <w:top w:w="60" w:type="dxa"/>
              <w:left w:w="75" w:type="dxa"/>
              <w:bottom w:w="60" w:type="dxa"/>
              <w:right w:w="75" w:type="dxa"/>
            </w:tcMar>
          </w:tcPr>
          <w:p w14:paraId="6F3F6A4A" w14:textId="77777777" w:rsidR="0096655C" w:rsidRPr="00827E4F" w:rsidRDefault="008874FF">
            <w:pPr>
              <w:spacing w:after="0"/>
            </w:pPr>
            <w:r w:rsidRPr="00827E4F">
              <w:rPr>
                <w:b/>
                <w:color w:val="173F67"/>
                <w:sz w:val="16"/>
              </w:rPr>
              <w:t>Home address / postcode</w:t>
            </w:r>
          </w:p>
        </w:tc>
        <w:tc>
          <w:tcPr>
            <w:tcW w:w="5285" w:type="dxa"/>
            <w:shd w:val="clear" w:color="auto" w:fill="EAF2F8"/>
            <w:tcMar>
              <w:top w:w="60" w:type="dxa"/>
              <w:left w:w="75" w:type="dxa"/>
              <w:bottom w:w="60" w:type="dxa"/>
              <w:right w:w="75" w:type="dxa"/>
            </w:tcMar>
          </w:tcPr>
          <w:p w14:paraId="6EDD8A66" w14:textId="77777777" w:rsidR="0096655C" w:rsidRPr="00827E4F" w:rsidRDefault="008874FF">
            <w:pPr>
              <w:spacing w:after="0"/>
            </w:pPr>
            <w:r w:rsidRPr="00827E4F">
              <w:rPr>
                <w:b/>
                <w:color w:val="173F67"/>
                <w:sz w:val="16"/>
              </w:rPr>
              <w:t>Participant mobile / email (if applicable)</w:t>
            </w:r>
          </w:p>
        </w:tc>
      </w:tr>
      <w:tr w:rsidR="0096655C" w:rsidRPr="00827E4F" w14:paraId="3D184B0D" w14:textId="77777777">
        <w:trPr>
          <w:jc w:val="center"/>
        </w:trPr>
        <w:tc>
          <w:tcPr>
            <w:tcW w:w="10570" w:type="dxa"/>
            <w:gridSpan w:val="3"/>
            <w:shd w:val="clear" w:color="auto" w:fill="173F67"/>
            <w:tcMar>
              <w:top w:w="35" w:type="dxa"/>
              <w:left w:w="65" w:type="dxa"/>
              <w:bottom w:w="35" w:type="dxa"/>
              <w:right w:w="65" w:type="dxa"/>
            </w:tcMar>
          </w:tcPr>
          <w:p w14:paraId="335ACA86" w14:textId="77777777" w:rsidR="0096655C" w:rsidRPr="00827E4F" w:rsidRDefault="008874FF">
            <w:pPr>
              <w:keepNext/>
              <w:spacing w:after="0"/>
            </w:pPr>
            <w:r w:rsidRPr="00827E4F">
              <w:rPr>
                <w:b/>
                <w:color w:val="FFFFFF"/>
                <w:sz w:val="20"/>
              </w:rPr>
              <w:t>5. PARENT / GUARDIAN DETAILS</w:t>
            </w:r>
          </w:p>
        </w:tc>
      </w:tr>
      <w:tr w:rsidR="0096655C" w:rsidRPr="00827E4F" w14:paraId="2F6AD766"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6803F96D" w14:textId="77777777" w:rsidR="0096655C" w:rsidRPr="00827E4F" w:rsidRDefault="008874FF">
            <w:pPr>
              <w:spacing w:after="0"/>
            </w:pPr>
            <w:r w:rsidRPr="00827E4F">
              <w:rPr>
                <w:b/>
                <w:color w:val="173F67"/>
                <w:sz w:val="16"/>
              </w:rPr>
              <w:t>Name of parent / guardian</w:t>
            </w:r>
          </w:p>
        </w:tc>
        <w:tc>
          <w:tcPr>
            <w:tcW w:w="5285" w:type="dxa"/>
            <w:shd w:val="clear" w:color="auto" w:fill="EAF2F8"/>
            <w:tcMar>
              <w:top w:w="60" w:type="dxa"/>
              <w:left w:w="75" w:type="dxa"/>
              <w:bottom w:w="60" w:type="dxa"/>
              <w:right w:w="75" w:type="dxa"/>
            </w:tcMar>
          </w:tcPr>
          <w:p w14:paraId="7B84C447" w14:textId="77777777" w:rsidR="0096655C" w:rsidRPr="00827E4F" w:rsidRDefault="008874FF">
            <w:pPr>
              <w:spacing w:after="0"/>
            </w:pPr>
            <w:r w:rsidRPr="00827E4F">
              <w:rPr>
                <w:b/>
                <w:color w:val="173F67"/>
                <w:sz w:val="16"/>
              </w:rPr>
              <w:t>Relationship to participant</w:t>
            </w:r>
          </w:p>
        </w:tc>
      </w:tr>
      <w:tr w:rsidR="0096655C" w:rsidRPr="00827E4F" w14:paraId="0B1393DA" w14:textId="77777777">
        <w:tblPrEx>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PrEx>
        <w:trPr>
          <w:gridAfter w:val="1"/>
          <w:wAfter w:w="10" w:type="dxa"/>
          <w:trHeight w:val="547"/>
          <w:jc w:val="center"/>
        </w:trPr>
        <w:tc>
          <w:tcPr>
            <w:tcW w:w="5285" w:type="dxa"/>
            <w:shd w:val="clear" w:color="auto" w:fill="EAF2F8"/>
            <w:tcMar>
              <w:top w:w="60" w:type="dxa"/>
              <w:left w:w="75" w:type="dxa"/>
              <w:bottom w:w="60" w:type="dxa"/>
              <w:right w:w="75" w:type="dxa"/>
            </w:tcMar>
          </w:tcPr>
          <w:p w14:paraId="30D6246B" w14:textId="77777777" w:rsidR="0096655C" w:rsidRPr="00827E4F" w:rsidRDefault="008874FF">
            <w:pPr>
              <w:spacing w:after="0"/>
            </w:pPr>
            <w:r w:rsidRPr="00827E4F">
              <w:rPr>
                <w:b/>
                <w:color w:val="173F67"/>
                <w:sz w:val="16"/>
              </w:rPr>
              <w:t>Mobile number</w:t>
            </w:r>
          </w:p>
        </w:tc>
        <w:tc>
          <w:tcPr>
            <w:tcW w:w="5285" w:type="dxa"/>
            <w:shd w:val="clear" w:color="auto" w:fill="EAF2F8"/>
            <w:tcMar>
              <w:top w:w="60" w:type="dxa"/>
              <w:left w:w="75" w:type="dxa"/>
              <w:bottom w:w="60" w:type="dxa"/>
              <w:right w:w="75" w:type="dxa"/>
            </w:tcMar>
          </w:tcPr>
          <w:p w14:paraId="223FF7D6" w14:textId="77777777" w:rsidR="0096655C" w:rsidRPr="00827E4F" w:rsidRDefault="008874FF">
            <w:pPr>
              <w:spacing w:after="0"/>
            </w:pPr>
            <w:r w:rsidRPr="00827E4F">
              <w:rPr>
                <w:b/>
                <w:color w:val="173F67"/>
                <w:sz w:val="16"/>
              </w:rPr>
              <w:t>Email address</w:t>
            </w:r>
          </w:p>
        </w:tc>
      </w:tr>
      <w:tr w:rsidR="002F14F2" w:rsidRPr="00827E4F" w14:paraId="0BA5F033" w14:textId="77777777" w:rsidTr="002F14F2">
        <w:tblPrEx>
          <w:jc w:val="left"/>
        </w:tblPrEx>
        <w:trPr>
          <w:trHeight w:val="160"/>
        </w:trPr>
        <w:tc>
          <w:tcPr>
            <w:tcW w:w="0" w:type="auto"/>
            <w:gridSpan w:val="3"/>
            <w:tcBorders>
              <w:top w:val="nil"/>
              <w:left w:val="nil"/>
              <w:bottom w:val="nil"/>
              <w:right w:val="nil"/>
            </w:tcBorders>
            <w:shd w:val="clear" w:color="auto" w:fill="FFFFFF"/>
            <w:tcMar>
              <w:top w:w="35" w:type="dxa"/>
              <w:left w:w="65" w:type="dxa"/>
              <w:bottom w:w="35" w:type="dxa"/>
              <w:right w:w="65" w:type="dxa"/>
            </w:tcMar>
            <w:vAlign w:val="center"/>
            <w:hideMark/>
          </w:tcPr>
          <w:p w14:paraId="091BD423" w14:textId="77777777" w:rsidR="002F14F2" w:rsidRPr="00827E4F" w:rsidRDefault="002F14F2">
            <w:pPr>
              <w:rPr>
                <w:kern w:val="2"/>
                <w:szCs w:val="18"/>
                <w:lang w:eastAsia="en-GB"/>
                <w14:ligatures w14:val="standardContextual"/>
              </w:rPr>
            </w:pPr>
          </w:p>
        </w:tc>
      </w:tr>
      <w:tr w:rsidR="0096655C" w:rsidRPr="00827E4F" w14:paraId="2F72EF18" w14:textId="77777777">
        <w:trPr>
          <w:jc w:val="center"/>
        </w:trPr>
        <w:tc>
          <w:tcPr>
            <w:tcW w:w="10570" w:type="dxa"/>
            <w:gridSpan w:val="3"/>
            <w:shd w:val="clear" w:color="auto" w:fill="173F67"/>
            <w:tcMar>
              <w:top w:w="35" w:type="dxa"/>
              <w:left w:w="65" w:type="dxa"/>
              <w:bottom w:w="35" w:type="dxa"/>
              <w:right w:w="65" w:type="dxa"/>
            </w:tcMar>
          </w:tcPr>
          <w:p w14:paraId="77FC91D1" w14:textId="77777777" w:rsidR="0096655C" w:rsidRPr="00827E4F" w:rsidRDefault="008874FF">
            <w:pPr>
              <w:keepNext/>
              <w:spacing w:after="0"/>
            </w:pPr>
            <w:r w:rsidRPr="00827E4F">
              <w:rPr>
                <w:b/>
                <w:color w:val="FFFFFF"/>
                <w:sz w:val="20"/>
              </w:rPr>
              <w:t>6. ALTERNATIVE EMERGENCY CONTACT</w:t>
            </w:r>
          </w:p>
        </w:tc>
      </w:tr>
    </w:tbl>
    <w:p w14:paraId="674B4269" w14:textId="77777777" w:rsidR="0096655C" w:rsidRPr="00827E4F" w:rsidRDefault="008874FF">
      <w:pPr>
        <w:spacing w:after="40" w:line="240" w:lineRule="auto"/>
      </w:pPr>
      <w:r w:rsidRPr="00827E4F">
        <w:rPr>
          <w:sz w:val="16"/>
        </w:rPr>
        <w:t>Please provide an alternative adult who can be contacted if the parent / guardian above is unavailable.</w:t>
      </w:r>
    </w:p>
    <w:tbl>
      <w:tblPr>
        <w:tblW w:w="0" w:type="auto"/>
        <w:jc w:val="center"/>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Look w:val="04A0" w:firstRow="1" w:lastRow="0" w:firstColumn="1" w:lastColumn="0" w:noHBand="0" w:noVBand="1"/>
      </w:tblPr>
      <w:tblGrid>
        <w:gridCol w:w="3519"/>
        <w:gridCol w:w="3520"/>
        <w:gridCol w:w="3519"/>
      </w:tblGrid>
      <w:tr w:rsidR="0096655C" w:rsidRPr="00827E4F" w14:paraId="08C14BF3" w14:textId="77777777">
        <w:trPr>
          <w:trHeight w:val="648"/>
          <w:jc w:val="center"/>
        </w:trPr>
        <w:tc>
          <w:tcPr>
            <w:tcW w:w="3523" w:type="dxa"/>
            <w:shd w:val="clear" w:color="auto" w:fill="EAF2F8"/>
            <w:tcMar>
              <w:top w:w="60" w:type="dxa"/>
              <w:left w:w="75" w:type="dxa"/>
              <w:bottom w:w="60" w:type="dxa"/>
              <w:right w:w="75" w:type="dxa"/>
            </w:tcMar>
          </w:tcPr>
          <w:p w14:paraId="4D3F960D" w14:textId="77777777" w:rsidR="0096655C" w:rsidRPr="00827E4F" w:rsidRDefault="008874FF">
            <w:pPr>
              <w:spacing w:after="0"/>
            </w:pPr>
            <w:r w:rsidRPr="00827E4F">
              <w:rPr>
                <w:b/>
                <w:color w:val="173F67"/>
                <w:sz w:val="16"/>
              </w:rPr>
              <w:t>Name</w:t>
            </w:r>
          </w:p>
        </w:tc>
        <w:tc>
          <w:tcPr>
            <w:tcW w:w="3523" w:type="dxa"/>
            <w:shd w:val="clear" w:color="auto" w:fill="EAF2F8"/>
            <w:tcMar>
              <w:top w:w="60" w:type="dxa"/>
              <w:left w:w="75" w:type="dxa"/>
              <w:bottom w:w="60" w:type="dxa"/>
              <w:right w:w="75" w:type="dxa"/>
            </w:tcMar>
          </w:tcPr>
          <w:p w14:paraId="1B6C5DBF" w14:textId="77777777" w:rsidR="0096655C" w:rsidRPr="00827E4F" w:rsidRDefault="008874FF">
            <w:pPr>
              <w:spacing w:after="0"/>
            </w:pPr>
            <w:r w:rsidRPr="00827E4F">
              <w:rPr>
                <w:b/>
                <w:color w:val="173F67"/>
                <w:sz w:val="16"/>
              </w:rPr>
              <w:t>Relationship</w:t>
            </w:r>
          </w:p>
        </w:tc>
        <w:tc>
          <w:tcPr>
            <w:tcW w:w="3523" w:type="dxa"/>
            <w:shd w:val="clear" w:color="auto" w:fill="EAF2F8"/>
            <w:tcMar>
              <w:top w:w="60" w:type="dxa"/>
              <w:left w:w="75" w:type="dxa"/>
              <w:bottom w:w="60" w:type="dxa"/>
              <w:right w:w="75" w:type="dxa"/>
            </w:tcMar>
          </w:tcPr>
          <w:p w14:paraId="275526E1" w14:textId="77777777" w:rsidR="0096655C" w:rsidRPr="00827E4F" w:rsidRDefault="008874FF">
            <w:pPr>
              <w:spacing w:after="0"/>
            </w:pPr>
            <w:r w:rsidRPr="00827E4F">
              <w:rPr>
                <w:b/>
                <w:color w:val="173F67"/>
                <w:sz w:val="16"/>
              </w:rPr>
              <w:t>Telephone number</w:t>
            </w:r>
          </w:p>
        </w:tc>
      </w:tr>
    </w:tbl>
    <w:p w14:paraId="7A8B6451" w14:textId="77777777" w:rsidR="0096655C" w:rsidRDefault="008874FF">
      <w:r w:rsidRPr="00827E4F">
        <w:br w:type="page"/>
      </w:r>
    </w:p>
    <w:p w14:paraId="69C65E72" w14:textId="77777777" w:rsidR="008374C0" w:rsidRPr="00827E4F" w:rsidRDefault="008374C0"/>
    <w:tbl>
      <w:tblPr>
        <w:tblW w:w="0" w:type="auto"/>
        <w:jc w:val="center"/>
        <w:tblLook w:val="04A0" w:firstRow="1" w:lastRow="0" w:firstColumn="1" w:lastColumn="0" w:noHBand="0" w:noVBand="1"/>
      </w:tblPr>
      <w:tblGrid>
        <w:gridCol w:w="10570"/>
      </w:tblGrid>
      <w:tr w:rsidR="0096655C" w:rsidRPr="00827E4F" w14:paraId="6B81A470" w14:textId="77777777">
        <w:trPr>
          <w:jc w:val="center"/>
        </w:trPr>
        <w:tc>
          <w:tcPr>
            <w:tcW w:w="10570" w:type="dxa"/>
            <w:shd w:val="clear" w:color="auto" w:fill="1E416B"/>
            <w:tcMar>
              <w:top w:w="35" w:type="dxa"/>
              <w:left w:w="65" w:type="dxa"/>
              <w:bottom w:w="35" w:type="dxa"/>
              <w:right w:w="65" w:type="dxa"/>
            </w:tcMar>
          </w:tcPr>
          <w:p w14:paraId="50947CB9" w14:textId="77777777" w:rsidR="0096655C" w:rsidRPr="00827E4F" w:rsidRDefault="008874FF">
            <w:pPr>
              <w:keepNext/>
              <w:spacing w:after="0"/>
            </w:pPr>
            <w:r w:rsidRPr="00827E4F">
              <w:rPr>
                <w:b/>
                <w:color w:val="FFFFFF"/>
                <w:sz w:val="21"/>
              </w:rPr>
              <w:t>7. MEDICAL INFORMATION</w:t>
            </w:r>
          </w:p>
        </w:tc>
      </w:tr>
    </w:tbl>
    <w:p w14:paraId="678E57B8" w14:textId="77777777" w:rsidR="0096655C" w:rsidRPr="00827E4F" w:rsidRDefault="008874FF">
      <w:pPr>
        <w:spacing w:line="240" w:lineRule="auto"/>
        <w:rPr>
          <w:sz w:val="17"/>
        </w:rPr>
      </w:pPr>
      <w:r w:rsidRPr="00827E4F">
        <w:rPr>
          <w:sz w:val="17"/>
        </w:rPr>
        <w:t>Please provide details of any medical conditions, allergies, medication, previous or existing injuries, or other information Scottish Touch should know to support safe participation. Parents / guardians must advise the relevant Scottish Touch official of any material change. Medication arrangements required during an activity should be agreed in advance.</w:t>
      </w:r>
    </w:p>
    <w:p w14:paraId="4857052D" w14:textId="77777777" w:rsidR="002F14F2" w:rsidRPr="00827E4F" w:rsidRDefault="002F14F2">
      <w:pPr>
        <w:spacing w:line="240" w:lineRule="auto"/>
      </w:pPr>
    </w:p>
    <w:tbl>
      <w:tblPr>
        <w:tblW w:w="0" w:type="auto"/>
        <w:jc w:val="center"/>
        <w:tblBorders>
          <w:top w:val="single" w:sz="5" w:space="0" w:color="AFC3D4"/>
          <w:left w:val="single" w:sz="5" w:space="0" w:color="AFC3D4"/>
          <w:bottom w:val="single" w:sz="5" w:space="0" w:color="AFC3D4"/>
          <w:right w:val="single" w:sz="5" w:space="0" w:color="AFC3D4"/>
          <w:insideH w:val="single" w:sz="5" w:space="0" w:color="AFC3D4"/>
          <w:insideV w:val="single" w:sz="5" w:space="0" w:color="AFC3D4"/>
        </w:tblBorders>
        <w:tblLook w:val="04A0" w:firstRow="1" w:lastRow="0" w:firstColumn="1" w:lastColumn="0" w:noHBand="0" w:noVBand="1"/>
      </w:tblPr>
      <w:tblGrid>
        <w:gridCol w:w="5274"/>
        <w:gridCol w:w="5274"/>
        <w:gridCol w:w="10"/>
      </w:tblGrid>
      <w:tr w:rsidR="0096655C" w:rsidRPr="00827E4F" w14:paraId="59090A46" w14:textId="77777777">
        <w:trPr>
          <w:gridAfter w:val="1"/>
          <w:wAfter w:w="10" w:type="dxa"/>
          <w:trHeight w:val="648"/>
          <w:jc w:val="center"/>
        </w:trPr>
        <w:tc>
          <w:tcPr>
            <w:tcW w:w="5285" w:type="dxa"/>
            <w:shd w:val="clear" w:color="auto" w:fill="EAF2F8"/>
            <w:tcMar>
              <w:top w:w="60" w:type="dxa"/>
              <w:left w:w="75" w:type="dxa"/>
              <w:bottom w:w="60" w:type="dxa"/>
              <w:right w:w="75" w:type="dxa"/>
            </w:tcMar>
          </w:tcPr>
          <w:p w14:paraId="4D6E61D8" w14:textId="77777777" w:rsidR="0096655C" w:rsidRPr="00827E4F" w:rsidRDefault="008874FF">
            <w:pPr>
              <w:spacing w:after="0"/>
            </w:pPr>
            <w:r w:rsidRPr="00827E4F">
              <w:rPr>
                <w:b/>
                <w:color w:val="173F67"/>
                <w:sz w:val="16"/>
              </w:rPr>
              <w:t>Current medication</w:t>
            </w:r>
          </w:p>
        </w:tc>
        <w:tc>
          <w:tcPr>
            <w:tcW w:w="5285" w:type="dxa"/>
            <w:shd w:val="clear" w:color="auto" w:fill="EAF2F8"/>
            <w:tcMar>
              <w:top w:w="60" w:type="dxa"/>
              <w:left w:w="75" w:type="dxa"/>
              <w:bottom w:w="60" w:type="dxa"/>
              <w:right w:w="75" w:type="dxa"/>
            </w:tcMar>
          </w:tcPr>
          <w:p w14:paraId="1EAC74C9" w14:textId="77777777" w:rsidR="0096655C" w:rsidRPr="00827E4F" w:rsidRDefault="008874FF">
            <w:pPr>
              <w:spacing w:after="0"/>
            </w:pPr>
            <w:r w:rsidRPr="00827E4F">
              <w:rPr>
                <w:b/>
                <w:color w:val="173F67"/>
                <w:sz w:val="16"/>
              </w:rPr>
              <w:t>Allergies</w:t>
            </w:r>
          </w:p>
        </w:tc>
      </w:tr>
      <w:tr w:rsidR="0096655C" w:rsidRPr="00827E4F" w14:paraId="78380CB8" w14:textId="77777777">
        <w:trPr>
          <w:gridAfter w:val="1"/>
          <w:wAfter w:w="10" w:type="dxa"/>
          <w:trHeight w:val="1123"/>
          <w:jc w:val="center"/>
        </w:trPr>
        <w:tc>
          <w:tcPr>
            <w:tcW w:w="10570" w:type="dxa"/>
            <w:gridSpan w:val="2"/>
            <w:shd w:val="clear" w:color="auto" w:fill="EAF2F8"/>
            <w:tcMar>
              <w:top w:w="60" w:type="dxa"/>
              <w:left w:w="75" w:type="dxa"/>
              <w:bottom w:w="60" w:type="dxa"/>
              <w:right w:w="75" w:type="dxa"/>
            </w:tcMar>
          </w:tcPr>
          <w:p w14:paraId="4ADC15AB" w14:textId="77777777" w:rsidR="0096655C" w:rsidRPr="00827E4F" w:rsidRDefault="008874FF">
            <w:pPr>
              <w:spacing w:after="0"/>
            </w:pPr>
            <w:r w:rsidRPr="00827E4F">
              <w:rPr>
                <w:b/>
                <w:color w:val="173F67"/>
                <w:sz w:val="16"/>
              </w:rPr>
              <w:t>Medical conditions / injuries / additional support / other relevant information</w:t>
            </w:r>
          </w:p>
        </w:tc>
      </w:tr>
      <w:tr w:rsidR="002F14F2" w:rsidRPr="00827E4F" w14:paraId="3910BECC" w14:textId="77777777" w:rsidTr="002F14F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trPr>
        <w:tc>
          <w:tcPr>
            <w:tcW w:w="0" w:type="auto"/>
            <w:gridSpan w:val="3"/>
            <w:shd w:val="clear" w:color="auto" w:fill="FFFFFF"/>
            <w:tcMar>
              <w:top w:w="35" w:type="dxa"/>
              <w:left w:w="65" w:type="dxa"/>
              <w:bottom w:w="35" w:type="dxa"/>
              <w:right w:w="65" w:type="dxa"/>
            </w:tcMar>
            <w:vAlign w:val="center"/>
            <w:hideMark/>
          </w:tcPr>
          <w:p w14:paraId="194CF99D" w14:textId="77777777" w:rsidR="002F14F2" w:rsidRPr="00827E4F" w:rsidRDefault="002F14F2">
            <w:pPr>
              <w:rPr>
                <w:kern w:val="2"/>
                <w:szCs w:val="18"/>
                <w:lang w:eastAsia="en-GB"/>
                <w14:ligatures w14:val="standardContextual"/>
              </w:rPr>
            </w:pPr>
          </w:p>
        </w:tc>
      </w:tr>
      <w:tr w:rsidR="0096655C" w:rsidRPr="00827E4F" w14:paraId="575B73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570" w:type="dxa"/>
            <w:gridSpan w:val="3"/>
            <w:shd w:val="clear" w:color="auto" w:fill="173F67"/>
            <w:tcMar>
              <w:top w:w="35" w:type="dxa"/>
              <w:left w:w="65" w:type="dxa"/>
              <w:bottom w:w="35" w:type="dxa"/>
              <w:right w:w="65" w:type="dxa"/>
            </w:tcMar>
          </w:tcPr>
          <w:p w14:paraId="52746BE1" w14:textId="77777777" w:rsidR="0096655C" w:rsidRPr="00827E4F" w:rsidRDefault="008874FF">
            <w:pPr>
              <w:keepNext/>
              <w:spacing w:after="0"/>
            </w:pPr>
            <w:r w:rsidRPr="00827E4F">
              <w:rPr>
                <w:b/>
                <w:color w:val="FFFFFF"/>
                <w:sz w:val="20"/>
              </w:rPr>
              <w:t>8. EMERGENCY CARE</w:t>
            </w:r>
          </w:p>
        </w:tc>
      </w:tr>
    </w:tbl>
    <w:p w14:paraId="6A67EA85" w14:textId="77777777" w:rsidR="0096655C" w:rsidRDefault="008874FF">
      <w:pPr>
        <w:spacing w:line="240" w:lineRule="auto"/>
        <w:rPr>
          <w:sz w:val="17"/>
        </w:rPr>
      </w:pPr>
      <w:r w:rsidRPr="00827E4F">
        <w:rPr>
          <w:sz w:val="17"/>
        </w:rPr>
        <w:t>If illness or injury occurs during a Scottish Touch activity, appropriate first aid may be provided. Where urgent medical attention is required, Scottish Touch may contact the emergency services and take reasonable steps to ensure the participant receives appropriate care. Reasonable efforts will be made to contact the parent / guardian or nominated emergency contact as soon as practicable.</w:t>
      </w:r>
    </w:p>
    <w:p w14:paraId="3FE0FBB5" w14:textId="77777777" w:rsidR="008374C0" w:rsidRPr="00827E4F" w:rsidRDefault="008374C0">
      <w:pPr>
        <w:spacing w:line="240" w:lineRule="auto"/>
      </w:pPr>
    </w:p>
    <w:p w14:paraId="2F9CECEC" w14:textId="77777777" w:rsidR="0096655C" w:rsidRPr="00827E4F" w:rsidRDefault="008874FF">
      <w:pPr>
        <w:rPr>
          <w:sz w:val="17"/>
        </w:rPr>
      </w:pPr>
      <w:r w:rsidRPr="00827E4F">
        <w:rPr>
          <w:sz w:val="17"/>
        </w:rPr>
        <w:t>☐ Yes     ☐ No     I understand and authorise these emergency-care arrangements.</w:t>
      </w:r>
    </w:p>
    <w:p w14:paraId="3239F632" w14:textId="77777777" w:rsidR="002F14F2" w:rsidRPr="00827E4F" w:rsidRDefault="002F14F2"/>
    <w:tbl>
      <w:tblPr>
        <w:tblW w:w="0" w:type="auto"/>
        <w:jc w:val="center"/>
        <w:tblLook w:val="04A0" w:firstRow="1" w:lastRow="0" w:firstColumn="1" w:lastColumn="0" w:noHBand="0" w:noVBand="1"/>
      </w:tblPr>
      <w:tblGrid>
        <w:gridCol w:w="10570"/>
      </w:tblGrid>
      <w:tr w:rsidR="0096655C" w:rsidRPr="00827E4F" w14:paraId="3B75CC77" w14:textId="77777777">
        <w:trPr>
          <w:jc w:val="center"/>
        </w:trPr>
        <w:tc>
          <w:tcPr>
            <w:tcW w:w="10570" w:type="dxa"/>
            <w:shd w:val="clear" w:color="auto" w:fill="1E416B"/>
            <w:tcMar>
              <w:top w:w="35" w:type="dxa"/>
              <w:left w:w="65" w:type="dxa"/>
              <w:bottom w:w="35" w:type="dxa"/>
              <w:right w:w="65" w:type="dxa"/>
            </w:tcMar>
          </w:tcPr>
          <w:p w14:paraId="74A6BB8B" w14:textId="77777777" w:rsidR="0096655C" w:rsidRPr="00827E4F" w:rsidRDefault="008874FF">
            <w:pPr>
              <w:keepNext/>
              <w:spacing w:after="0"/>
            </w:pPr>
            <w:r w:rsidRPr="00827E4F">
              <w:rPr>
                <w:b/>
                <w:color w:val="FFFFFF"/>
                <w:sz w:val="21"/>
              </w:rPr>
              <w:t>9. PHOTOGRAPHY, VIDEO AND MEDIA</w:t>
            </w:r>
          </w:p>
        </w:tc>
      </w:tr>
    </w:tbl>
    <w:p w14:paraId="3131CC92" w14:textId="77777777" w:rsidR="0096655C" w:rsidRDefault="008874FF">
      <w:pPr>
        <w:spacing w:line="240" w:lineRule="auto"/>
        <w:rPr>
          <w:sz w:val="17"/>
        </w:rPr>
      </w:pPr>
      <w:r w:rsidRPr="00827E4F">
        <w:rPr>
          <w:sz w:val="17"/>
        </w:rPr>
        <w:t>Scottish Touch distinguishes between coaching/performance footage and publicity/promotional use. The participant's wishes should also be respected.</w:t>
      </w:r>
    </w:p>
    <w:p w14:paraId="7367E6DD" w14:textId="77777777" w:rsidR="008374C0" w:rsidRPr="00827E4F" w:rsidRDefault="008374C0">
      <w:pPr>
        <w:spacing w:line="240" w:lineRule="auto"/>
      </w:pPr>
    </w:p>
    <w:p w14:paraId="5E81C09F" w14:textId="77777777" w:rsidR="0096655C" w:rsidRDefault="008874FF">
      <w:pPr>
        <w:rPr>
          <w:sz w:val="17"/>
        </w:rPr>
      </w:pPr>
      <w:r w:rsidRPr="00827E4F">
        <w:rPr>
          <w:sz w:val="17"/>
        </w:rPr>
        <w:t>☐ Yes     ☐ No     I consent to photographs/video of the participant being recorded and used by Scottish Touch for coaching, technical analysis and player development.</w:t>
      </w:r>
    </w:p>
    <w:p w14:paraId="0A791A90" w14:textId="77777777" w:rsidR="008374C0" w:rsidRPr="00827E4F" w:rsidRDefault="008374C0"/>
    <w:p w14:paraId="32C78DD2" w14:textId="77777777" w:rsidR="0096655C" w:rsidRDefault="008874FF">
      <w:pPr>
        <w:rPr>
          <w:sz w:val="17"/>
        </w:rPr>
      </w:pPr>
      <w:r w:rsidRPr="00827E4F">
        <w:rPr>
          <w:sz w:val="17"/>
        </w:rPr>
        <w:t>☐ Yes     ☐ No     I consent to photographs/video of the participant being used by Scottish Touch for appropriate publicity and promotion, including Scottish Touch websites and social media.</w:t>
      </w:r>
    </w:p>
    <w:p w14:paraId="141FCFAE" w14:textId="77777777" w:rsidR="008374C0" w:rsidRPr="00827E4F" w:rsidRDefault="008374C0"/>
    <w:p w14:paraId="2C988702" w14:textId="77777777" w:rsidR="0096655C" w:rsidRPr="00827E4F" w:rsidRDefault="008874FF">
      <w:pPr>
        <w:spacing w:line="240" w:lineRule="auto"/>
        <w:rPr>
          <w:sz w:val="17"/>
        </w:rPr>
      </w:pPr>
      <w:r w:rsidRPr="00827E4F">
        <w:rPr>
          <w:sz w:val="17"/>
        </w:rPr>
        <w:t>At some competitions or events, event organisers, accredited photographers, media organisations or broadcasters may take photographs or video under arrangements outside Scottish Touch's control. Scottish Touch will provide available information where reasonably practicable but cannot guarantee that a participant will not appear incidentally in independently produced event or competition footage.</w:t>
      </w:r>
    </w:p>
    <w:p w14:paraId="728029C5" w14:textId="77777777" w:rsidR="002F14F2" w:rsidRPr="00827E4F" w:rsidRDefault="002F14F2">
      <w:pPr>
        <w:spacing w:line="240" w:lineRule="auto"/>
      </w:pPr>
    </w:p>
    <w:tbl>
      <w:tblPr>
        <w:tblW w:w="0" w:type="auto"/>
        <w:jc w:val="center"/>
        <w:tblLook w:val="04A0" w:firstRow="1" w:lastRow="0" w:firstColumn="1" w:lastColumn="0" w:noHBand="0" w:noVBand="1"/>
      </w:tblPr>
      <w:tblGrid>
        <w:gridCol w:w="10570"/>
      </w:tblGrid>
      <w:tr w:rsidR="0096655C" w:rsidRPr="00827E4F" w14:paraId="64A7803E" w14:textId="77777777">
        <w:trPr>
          <w:jc w:val="center"/>
        </w:trPr>
        <w:tc>
          <w:tcPr>
            <w:tcW w:w="10570" w:type="dxa"/>
            <w:shd w:val="clear" w:color="auto" w:fill="1E416B"/>
            <w:tcMar>
              <w:top w:w="35" w:type="dxa"/>
              <w:left w:w="65" w:type="dxa"/>
              <w:bottom w:w="35" w:type="dxa"/>
              <w:right w:w="65" w:type="dxa"/>
            </w:tcMar>
          </w:tcPr>
          <w:p w14:paraId="39CF66CC" w14:textId="77777777" w:rsidR="0096655C" w:rsidRPr="00827E4F" w:rsidRDefault="008874FF">
            <w:pPr>
              <w:keepNext/>
              <w:spacing w:after="0"/>
            </w:pPr>
            <w:r w:rsidRPr="00827E4F">
              <w:rPr>
                <w:b/>
                <w:color w:val="FFFFFF"/>
                <w:sz w:val="21"/>
              </w:rPr>
              <w:t>10. DATA PROTECTION AND CONFIDENTIALITY</w:t>
            </w:r>
          </w:p>
        </w:tc>
      </w:tr>
    </w:tbl>
    <w:p w14:paraId="08EFA617" w14:textId="77777777" w:rsidR="0096655C" w:rsidRPr="00827E4F" w:rsidRDefault="008874FF">
      <w:pPr>
        <w:spacing w:line="240" w:lineRule="auto"/>
      </w:pPr>
      <w:r w:rsidRPr="00827E4F">
        <w:rPr>
          <w:sz w:val="17"/>
        </w:rPr>
        <w:t>Personal information on this form will be used for the safe organisation and administration of Scottish Touch activities, including participant administration, safeguarding and welfare, emergency contact, medical and first-aid arrangements, competition participation and related communications. Medical, safeguarding and other sensitive information will be restricted to people who need it for an authorised purpose.</w:t>
      </w:r>
    </w:p>
    <w:p w14:paraId="6CC3727B" w14:textId="77777777" w:rsidR="0096655C" w:rsidRPr="00827E4F" w:rsidRDefault="008874FF">
      <w:pPr>
        <w:spacing w:line="240" w:lineRule="auto"/>
        <w:rPr>
          <w:sz w:val="17"/>
        </w:rPr>
      </w:pPr>
      <w:r w:rsidRPr="00827E4F">
        <w:rPr>
          <w:sz w:val="17"/>
        </w:rPr>
        <w:t>Further information about how Scottish Touch collects, uses, shares, retains and protects personal information, and about individual rights, is provided in the Scottish Touch Privacy Notice. Scottish Touch's internal data-handling requirements are set out in its Data Protection Policy.</w:t>
      </w:r>
    </w:p>
    <w:p w14:paraId="210BC661" w14:textId="77777777" w:rsidR="002F14F2" w:rsidRPr="00827E4F" w:rsidRDefault="002F14F2">
      <w:pPr>
        <w:spacing w:line="240" w:lineRule="auto"/>
      </w:pPr>
    </w:p>
    <w:tbl>
      <w:tblPr>
        <w:tblW w:w="0" w:type="auto"/>
        <w:jc w:val="center"/>
        <w:tblLook w:val="04A0" w:firstRow="1" w:lastRow="0" w:firstColumn="1" w:lastColumn="0" w:noHBand="0" w:noVBand="1"/>
      </w:tblPr>
      <w:tblGrid>
        <w:gridCol w:w="10570"/>
      </w:tblGrid>
      <w:tr w:rsidR="0096655C" w:rsidRPr="00827E4F" w14:paraId="61AE431C" w14:textId="77777777">
        <w:trPr>
          <w:jc w:val="center"/>
        </w:trPr>
        <w:tc>
          <w:tcPr>
            <w:tcW w:w="10570" w:type="dxa"/>
            <w:shd w:val="clear" w:color="auto" w:fill="1E416B"/>
            <w:tcMar>
              <w:top w:w="35" w:type="dxa"/>
              <w:left w:w="65" w:type="dxa"/>
              <w:bottom w:w="35" w:type="dxa"/>
              <w:right w:w="65" w:type="dxa"/>
            </w:tcMar>
          </w:tcPr>
          <w:p w14:paraId="5BC64E14" w14:textId="77777777" w:rsidR="0096655C" w:rsidRPr="00827E4F" w:rsidRDefault="008874FF">
            <w:pPr>
              <w:keepNext/>
              <w:spacing w:after="0"/>
            </w:pPr>
            <w:r w:rsidRPr="00827E4F">
              <w:rPr>
                <w:b/>
                <w:color w:val="FFFFFF"/>
                <w:sz w:val="21"/>
              </w:rPr>
              <w:t>11. REPRESENTATIVE AND EVENT-SPECIFIC ACTIVITIES</w:t>
            </w:r>
          </w:p>
        </w:tc>
      </w:tr>
    </w:tbl>
    <w:p w14:paraId="75516DF3" w14:textId="77777777" w:rsidR="0096655C" w:rsidRPr="00827E4F" w:rsidRDefault="008874FF">
      <w:pPr>
        <w:spacing w:line="240" w:lineRule="auto"/>
      </w:pPr>
      <w:r w:rsidRPr="00827E4F">
        <w:rPr>
          <w:sz w:val="17"/>
        </w:rPr>
        <w:t>If the participant is selected for a representative squad or enters an activity requiring specific travel, accommodation, competition or financial arrangements, additional event-specific information or consent may be required. This form does not replace those event-specific arrangements.</w:t>
      </w:r>
    </w:p>
    <w:p w14:paraId="4FF3E8E1" w14:textId="77777777" w:rsidR="0096655C" w:rsidRPr="00827E4F" w:rsidRDefault="008874FF">
      <w:r w:rsidRPr="00827E4F">
        <w:br w:type="page"/>
      </w:r>
    </w:p>
    <w:tbl>
      <w:tblPr>
        <w:tblW w:w="0" w:type="auto"/>
        <w:jc w:val="center"/>
        <w:tblLook w:val="04A0" w:firstRow="1" w:lastRow="0" w:firstColumn="1" w:lastColumn="0" w:noHBand="0" w:noVBand="1"/>
      </w:tblPr>
      <w:tblGrid>
        <w:gridCol w:w="10570"/>
      </w:tblGrid>
      <w:tr w:rsidR="0096655C" w:rsidRPr="00827E4F" w14:paraId="571D4043" w14:textId="77777777">
        <w:trPr>
          <w:jc w:val="center"/>
        </w:trPr>
        <w:tc>
          <w:tcPr>
            <w:tcW w:w="10570" w:type="dxa"/>
            <w:shd w:val="clear" w:color="auto" w:fill="1E416B"/>
            <w:tcMar>
              <w:top w:w="35" w:type="dxa"/>
              <w:left w:w="65" w:type="dxa"/>
              <w:bottom w:w="35" w:type="dxa"/>
              <w:right w:w="65" w:type="dxa"/>
            </w:tcMar>
          </w:tcPr>
          <w:p w14:paraId="5B39E544" w14:textId="77777777" w:rsidR="0096655C" w:rsidRPr="00827E4F" w:rsidRDefault="008874FF">
            <w:pPr>
              <w:keepNext/>
              <w:spacing w:after="0"/>
            </w:pPr>
            <w:r w:rsidRPr="00827E4F">
              <w:rPr>
                <w:b/>
                <w:color w:val="FFFFFF"/>
                <w:sz w:val="21"/>
              </w:rPr>
              <w:lastRenderedPageBreak/>
              <w:t>12. FINAL DECLARATIONS</w:t>
            </w:r>
          </w:p>
        </w:tc>
      </w:tr>
    </w:tbl>
    <w:p w14:paraId="18372D06" w14:textId="77777777" w:rsidR="002F14F2" w:rsidRPr="00827E4F" w:rsidRDefault="002F14F2">
      <w:pPr>
        <w:spacing w:line="240" w:lineRule="auto"/>
        <w:rPr>
          <w:sz w:val="17"/>
        </w:rPr>
      </w:pPr>
    </w:p>
    <w:p w14:paraId="17C6FB20" w14:textId="77777777" w:rsidR="0096655C" w:rsidRPr="00827E4F" w:rsidRDefault="008874FF">
      <w:pPr>
        <w:spacing w:line="240" w:lineRule="auto"/>
        <w:rPr>
          <w:sz w:val="17"/>
        </w:rPr>
      </w:pPr>
      <w:r w:rsidRPr="00827E4F">
        <w:rPr>
          <w:sz w:val="17"/>
        </w:rPr>
        <w:t>The signatures below record different parts of the participation decision. They should not be treated as three signatures confirming the same thing.</w:t>
      </w:r>
    </w:p>
    <w:p w14:paraId="479CBA17" w14:textId="77777777" w:rsidR="002F14F2" w:rsidRPr="00827E4F" w:rsidRDefault="002F14F2">
      <w:pPr>
        <w:spacing w:line="240" w:lineRule="auto"/>
      </w:pPr>
    </w:p>
    <w:tbl>
      <w:tblPr>
        <w:tblW w:w="0" w:type="auto"/>
        <w:tblBorders>
          <w:top w:val="single" w:sz="7" w:space="0" w:color="173F67"/>
          <w:left w:val="single" w:sz="7" w:space="0" w:color="173F67"/>
          <w:bottom w:val="single" w:sz="7" w:space="0" w:color="173F67"/>
          <w:right w:val="single" w:sz="7" w:space="0" w:color="173F67"/>
          <w:insideH w:val="single" w:sz="7" w:space="0" w:color="173F67"/>
          <w:insideV w:val="single" w:sz="7" w:space="0" w:color="173F67"/>
        </w:tblBorders>
        <w:tblLook w:val="04A0" w:firstRow="1" w:lastRow="0" w:firstColumn="1" w:lastColumn="0" w:noHBand="0" w:noVBand="1"/>
      </w:tblPr>
      <w:tblGrid>
        <w:gridCol w:w="89"/>
        <w:gridCol w:w="3390"/>
        <w:gridCol w:w="3479"/>
        <w:gridCol w:w="3472"/>
        <w:gridCol w:w="88"/>
        <w:gridCol w:w="34"/>
      </w:tblGrid>
      <w:tr w:rsidR="0096655C" w:rsidRPr="00827E4F" w14:paraId="2296F921" w14:textId="77777777" w:rsidTr="002F14F2">
        <w:trPr>
          <w:gridAfter w:val="2"/>
          <w:wAfter w:w="124" w:type="dxa"/>
        </w:trPr>
        <w:tc>
          <w:tcPr>
            <w:tcW w:w="10570" w:type="dxa"/>
            <w:gridSpan w:val="4"/>
            <w:shd w:val="clear" w:color="auto" w:fill="EAF2F8"/>
            <w:tcMar>
              <w:top w:w="70" w:type="dxa"/>
              <w:left w:w="90" w:type="dxa"/>
              <w:bottom w:w="70" w:type="dxa"/>
              <w:right w:w="90" w:type="dxa"/>
            </w:tcMar>
          </w:tcPr>
          <w:p w14:paraId="629BD86C" w14:textId="77777777" w:rsidR="0096655C" w:rsidRPr="00827E4F" w:rsidRDefault="008874FF">
            <w:r w:rsidRPr="00827E4F">
              <w:rPr>
                <w:b/>
                <w:color w:val="173F67"/>
              </w:rPr>
              <w:t>PARENT / GUARDIAN - CONSENT</w:t>
            </w:r>
          </w:p>
          <w:p w14:paraId="0FCA9FCC" w14:textId="77777777" w:rsidR="0096655C" w:rsidRPr="00827E4F" w:rsidRDefault="008874FF">
            <w:pPr>
              <w:spacing w:after="30"/>
              <w:ind w:left="202" w:hanging="144"/>
            </w:pPr>
            <w:r w:rsidRPr="00827E4F">
              <w:rPr>
                <w:sz w:val="16"/>
              </w:rPr>
              <w:t>• I confirm that I have parental responsibility or appropriate legal authority for the participant named on this form and am entitled to provide this consent.</w:t>
            </w:r>
          </w:p>
          <w:p w14:paraId="6B61128C" w14:textId="77777777" w:rsidR="0096655C" w:rsidRPr="00827E4F" w:rsidRDefault="008874FF">
            <w:pPr>
              <w:spacing w:after="30"/>
              <w:ind w:left="202" w:hanging="144"/>
            </w:pPr>
            <w:r w:rsidRPr="00827E4F">
              <w:rPr>
                <w:sz w:val="16"/>
              </w:rPr>
              <w:t>• To the best of my knowledge, the information provided is accurate and complete and I will tell Scottish Touch about significant changes.</w:t>
            </w:r>
          </w:p>
          <w:p w14:paraId="061182F8" w14:textId="60F945EE" w:rsidR="0096655C" w:rsidRPr="00827E4F" w:rsidRDefault="008874FF">
            <w:pPr>
              <w:spacing w:after="30"/>
              <w:ind w:left="202" w:hanging="144"/>
            </w:pPr>
            <w:r w:rsidRPr="00827E4F">
              <w:rPr>
                <w:sz w:val="16"/>
              </w:rPr>
              <w:t xml:space="preserve">• I consent to the participant taking part in Scottish Touch activities covered by this form and, </w:t>
            </w:r>
            <w:r w:rsidR="004E2720">
              <w:rPr>
                <w:sz w:val="16"/>
              </w:rPr>
              <w:t xml:space="preserve">I have understood the content </w:t>
            </w:r>
            <w:r w:rsidRPr="00827E4F">
              <w:rPr>
                <w:sz w:val="16"/>
              </w:rPr>
              <w:t xml:space="preserve">in Section </w:t>
            </w:r>
            <w:r w:rsidR="00E4453E">
              <w:rPr>
                <w:sz w:val="16"/>
              </w:rPr>
              <w:t>2 and Section 3</w:t>
            </w:r>
            <w:r w:rsidRPr="00827E4F">
              <w:rPr>
                <w:sz w:val="16"/>
              </w:rPr>
              <w:t xml:space="preserve">, </w:t>
            </w:r>
            <w:r w:rsidR="00C80060">
              <w:rPr>
                <w:sz w:val="16"/>
              </w:rPr>
              <w:t>in relation to</w:t>
            </w:r>
            <w:r w:rsidRPr="00827E4F">
              <w:rPr>
                <w:sz w:val="16"/>
              </w:rPr>
              <w:t xml:space="preserve"> participation in training or competition that may include players aged 18 or over.</w:t>
            </w:r>
          </w:p>
          <w:p w14:paraId="68DA0C2E" w14:textId="77777777" w:rsidR="0096655C" w:rsidRPr="00827E4F" w:rsidRDefault="008874FF">
            <w:pPr>
              <w:spacing w:after="30"/>
              <w:ind w:left="202" w:hanging="144"/>
            </w:pPr>
            <w:r w:rsidRPr="00827E4F">
              <w:rPr>
                <w:sz w:val="16"/>
              </w:rPr>
              <w:t>• I understand that this consent does not guarantee participation in a particular adult or mixed-age environment: the young person must also agree, and an authorised Coach / Session Lead must assess participation as suitable.</w:t>
            </w:r>
          </w:p>
          <w:p w14:paraId="1012215F" w14:textId="77777777" w:rsidR="0096655C" w:rsidRPr="00827E4F" w:rsidRDefault="008874FF">
            <w:pPr>
              <w:spacing w:after="30"/>
              <w:ind w:left="202" w:hanging="144"/>
            </w:pPr>
            <w:r w:rsidRPr="00827E4F">
              <w:rPr>
                <w:sz w:val="16"/>
              </w:rPr>
              <w:t>• I understand that participation may be withdrawn or restricted where this is reasonably considered necessary for welfare or safety.</w:t>
            </w:r>
          </w:p>
        </w:tc>
      </w:tr>
      <w:tr w:rsidR="002F14F2" w:rsidRPr="00827E4F" w14:paraId="4D77BF1C" w14:textId="77777777" w:rsidTr="002F14F2">
        <w:trPr>
          <w:gridAfter w:val="2"/>
          <w:wAfter w:w="124" w:type="dxa"/>
        </w:trPr>
        <w:tc>
          <w:tcPr>
            <w:tcW w:w="3523" w:type="dxa"/>
            <w:gridSpan w:val="2"/>
            <w:shd w:val="clear" w:color="auto" w:fill="EAF2F8"/>
            <w:tcMar>
              <w:top w:w="70" w:type="dxa"/>
              <w:left w:w="90" w:type="dxa"/>
              <w:bottom w:w="70" w:type="dxa"/>
              <w:right w:w="90" w:type="dxa"/>
            </w:tcMar>
          </w:tcPr>
          <w:p w14:paraId="14E022A2" w14:textId="77777777" w:rsidR="002F14F2" w:rsidRPr="00827E4F" w:rsidRDefault="002F14F2">
            <w:pPr>
              <w:rPr>
                <w:b/>
                <w:bCs/>
                <w:color w:val="173F67"/>
                <w:sz w:val="16"/>
                <w:szCs w:val="16"/>
              </w:rPr>
            </w:pPr>
            <w:r w:rsidRPr="00827E4F">
              <w:rPr>
                <w:b/>
                <w:bCs/>
                <w:color w:val="173F67"/>
                <w:sz w:val="16"/>
                <w:szCs w:val="16"/>
              </w:rPr>
              <w:t>Parent / guardian name</w:t>
            </w:r>
          </w:p>
          <w:p w14:paraId="759D6ACE" w14:textId="77777777" w:rsidR="002F14F2" w:rsidRPr="00827E4F" w:rsidRDefault="002F14F2">
            <w:pPr>
              <w:rPr>
                <w:b/>
                <w:bCs/>
                <w:color w:val="173F67"/>
                <w:sz w:val="16"/>
                <w:szCs w:val="16"/>
              </w:rPr>
            </w:pPr>
          </w:p>
          <w:p w14:paraId="33174564" w14:textId="77777777" w:rsidR="002F14F2" w:rsidRPr="00827E4F" w:rsidRDefault="002F14F2">
            <w:pPr>
              <w:rPr>
                <w:b/>
                <w:bCs/>
                <w:color w:val="173F67"/>
                <w:sz w:val="16"/>
                <w:szCs w:val="16"/>
              </w:rPr>
            </w:pPr>
          </w:p>
          <w:p w14:paraId="1ECDDE2E" w14:textId="77777777" w:rsidR="002F14F2" w:rsidRPr="00827E4F" w:rsidRDefault="002F14F2">
            <w:pPr>
              <w:rPr>
                <w:b/>
                <w:color w:val="173F67"/>
              </w:rPr>
            </w:pPr>
          </w:p>
        </w:tc>
        <w:tc>
          <w:tcPr>
            <w:tcW w:w="3523" w:type="dxa"/>
            <w:shd w:val="clear" w:color="auto" w:fill="EAF2F8"/>
          </w:tcPr>
          <w:p w14:paraId="5AD13DD0" w14:textId="77777777" w:rsidR="002F14F2" w:rsidRPr="00827E4F" w:rsidRDefault="002F14F2">
            <w:pPr>
              <w:rPr>
                <w:b/>
                <w:color w:val="173F67"/>
              </w:rPr>
            </w:pPr>
            <w:r w:rsidRPr="00827E4F">
              <w:rPr>
                <w:b/>
                <w:bCs/>
                <w:color w:val="173F67"/>
                <w:sz w:val="16"/>
                <w:szCs w:val="16"/>
              </w:rPr>
              <w:t>Signature</w:t>
            </w:r>
          </w:p>
        </w:tc>
        <w:tc>
          <w:tcPr>
            <w:tcW w:w="3524" w:type="dxa"/>
            <w:shd w:val="clear" w:color="auto" w:fill="EAF2F8"/>
          </w:tcPr>
          <w:p w14:paraId="283D29C2" w14:textId="77777777" w:rsidR="002F14F2" w:rsidRPr="00827E4F" w:rsidRDefault="002F14F2">
            <w:pPr>
              <w:rPr>
                <w:b/>
                <w:color w:val="173F67"/>
              </w:rPr>
            </w:pPr>
            <w:r w:rsidRPr="00827E4F">
              <w:rPr>
                <w:b/>
                <w:bCs/>
                <w:color w:val="173F67"/>
                <w:sz w:val="16"/>
                <w:szCs w:val="16"/>
              </w:rPr>
              <w:t>Date</w:t>
            </w:r>
          </w:p>
        </w:tc>
      </w:tr>
      <w:tr w:rsidR="002F14F2" w:rsidRPr="00827E4F" w14:paraId="32092F0B" w14:textId="77777777" w:rsidTr="002F14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90" w:type="dxa"/>
          <w:wAfter w:w="124" w:type="dxa"/>
          <w:trHeight w:val="160"/>
        </w:trPr>
        <w:tc>
          <w:tcPr>
            <w:tcW w:w="10480" w:type="dxa"/>
            <w:gridSpan w:val="3"/>
            <w:tcBorders>
              <w:top w:val="nil"/>
              <w:left w:val="nil"/>
              <w:bottom w:val="nil"/>
              <w:right w:val="nil"/>
            </w:tcBorders>
            <w:shd w:val="clear" w:color="auto" w:fill="FFFFFF"/>
            <w:tcMar>
              <w:top w:w="0" w:type="dxa"/>
              <w:left w:w="0" w:type="dxa"/>
              <w:bottom w:w="0" w:type="dxa"/>
              <w:right w:w="0" w:type="dxa"/>
            </w:tcMar>
            <w:vAlign w:val="center"/>
            <w:hideMark/>
          </w:tcPr>
          <w:p w14:paraId="05EB6187" w14:textId="77777777" w:rsidR="002F14F2" w:rsidRPr="00827E4F" w:rsidRDefault="002F14F2">
            <w:pPr>
              <w:rPr>
                <w:kern w:val="2"/>
                <w:szCs w:val="18"/>
                <w:lang w:eastAsia="en-GB"/>
                <w14:ligatures w14:val="standardContextual"/>
              </w:rPr>
            </w:pPr>
          </w:p>
        </w:tc>
      </w:tr>
      <w:tr w:rsidR="0096655C" w:rsidRPr="00827E4F" w14:paraId="2FFCB6BB" w14:textId="77777777" w:rsidTr="002F14F2">
        <w:trPr>
          <w:gridAfter w:val="2"/>
          <w:wAfter w:w="124" w:type="dxa"/>
        </w:trPr>
        <w:tc>
          <w:tcPr>
            <w:tcW w:w="10570" w:type="dxa"/>
            <w:gridSpan w:val="4"/>
            <w:shd w:val="clear" w:color="auto" w:fill="EAF2F8"/>
            <w:tcMar>
              <w:top w:w="70" w:type="dxa"/>
              <w:left w:w="90" w:type="dxa"/>
              <w:bottom w:w="70" w:type="dxa"/>
              <w:right w:w="90" w:type="dxa"/>
            </w:tcMar>
          </w:tcPr>
          <w:p w14:paraId="255E78E9" w14:textId="77777777" w:rsidR="0096655C" w:rsidRPr="00827E4F" w:rsidRDefault="008874FF">
            <w:r w:rsidRPr="00827E4F">
              <w:rPr>
                <w:b/>
                <w:color w:val="173F67"/>
              </w:rPr>
              <w:t>YOUNG PERSON - AGREEMENT</w:t>
            </w:r>
          </w:p>
          <w:p w14:paraId="34515A29" w14:textId="77777777" w:rsidR="0096655C" w:rsidRPr="00827E4F" w:rsidRDefault="008874FF">
            <w:pPr>
              <w:spacing w:after="20"/>
            </w:pPr>
            <w:r w:rsidRPr="00827E4F">
              <w:rPr>
                <w:sz w:val="16"/>
              </w:rPr>
              <w:t>I have had the opportunity to ask questions about the activities covered by this form. Where I am taking part with players aged 18 or over, I agree that I want to take part in that environment. I understand that I can tell a Coach / Session Lead if I am uncomfortable or no longer want to take part.</w:t>
            </w:r>
          </w:p>
        </w:tc>
      </w:tr>
      <w:tr w:rsidR="002F14F2" w:rsidRPr="00827E4F" w14:paraId="331ABAAD" w14:textId="77777777" w:rsidTr="002F14F2">
        <w:trPr>
          <w:gridAfter w:val="2"/>
          <w:wAfter w:w="124" w:type="dxa"/>
        </w:trPr>
        <w:tc>
          <w:tcPr>
            <w:tcW w:w="3523" w:type="dxa"/>
            <w:gridSpan w:val="2"/>
            <w:shd w:val="clear" w:color="auto" w:fill="EAF2F8"/>
            <w:tcMar>
              <w:top w:w="70" w:type="dxa"/>
              <w:left w:w="90" w:type="dxa"/>
              <w:bottom w:w="70" w:type="dxa"/>
              <w:right w:w="90" w:type="dxa"/>
            </w:tcMar>
          </w:tcPr>
          <w:p w14:paraId="0CFAE3A0" w14:textId="77777777" w:rsidR="002F14F2" w:rsidRPr="00827E4F" w:rsidRDefault="002F14F2">
            <w:pPr>
              <w:rPr>
                <w:b/>
                <w:bCs/>
                <w:color w:val="173F67"/>
                <w:sz w:val="16"/>
                <w:szCs w:val="16"/>
              </w:rPr>
            </w:pPr>
            <w:r w:rsidRPr="00827E4F">
              <w:rPr>
                <w:b/>
                <w:bCs/>
                <w:color w:val="173F67"/>
                <w:sz w:val="16"/>
                <w:szCs w:val="16"/>
              </w:rPr>
              <w:t>Participant name</w:t>
            </w:r>
          </w:p>
          <w:p w14:paraId="0FFB33BD" w14:textId="77777777" w:rsidR="002F14F2" w:rsidRPr="00827E4F" w:rsidRDefault="002F14F2">
            <w:pPr>
              <w:rPr>
                <w:b/>
                <w:bCs/>
                <w:color w:val="173F67"/>
                <w:sz w:val="16"/>
                <w:szCs w:val="16"/>
              </w:rPr>
            </w:pPr>
          </w:p>
          <w:p w14:paraId="32FC9F7F" w14:textId="77777777" w:rsidR="002F14F2" w:rsidRPr="00827E4F" w:rsidRDefault="002F14F2">
            <w:pPr>
              <w:rPr>
                <w:b/>
                <w:bCs/>
                <w:color w:val="173F67"/>
                <w:sz w:val="16"/>
                <w:szCs w:val="16"/>
              </w:rPr>
            </w:pPr>
          </w:p>
          <w:p w14:paraId="207F89B4" w14:textId="77777777" w:rsidR="002F14F2" w:rsidRPr="00827E4F" w:rsidRDefault="002F14F2">
            <w:pPr>
              <w:rPr>
                <w:b/>
                <w:color w:val="173F67"/>
              </w:rPr>
            </w:pPr>
          </w:p>
        </w:tc>
        <w:tc>
          <w:tcPr>
            <w:tcW w:w="3523" w:type="dxa"/>
            <w:shd w:val="clear" w:color="auto" w:fill="EAF2F8"/>
          </w:tcPr>
          <w:p w14:paraId="57D28B91" w14:textId="77777777" w:rsidR="002F14F2" w:rsidRPr="00827E4F" w:rsidRDefault="002F14F2">
            <w:pPr>
              <w:rPr>
                <w:b/>
                <w:color w:val="173F67"/>
              </w:rPr>
            </w:pPr>
            <w:r w:rsidRPr="00827E4F">
              <w:rPr>
                <w:b/>
                <w:bCs/>
                <w:color w:val="173F67"/>
                <w:sz w:val="16"/>
                <w:szCs w:val="16"/>
              </w:rPr>
              <w:t>Participant signature</w:t>
            </w:r>
          </w:p>
        </w:tc>
        <w:tc>
          <w:tcPr>
            <w:tcW w:w="3524" w:type="dxa"/>
            <w:shd w:val="clear" w:color="auto" w:fill="EAF2F8"/>
          </w:tcPr>
          <w:p w14:paraId="434116F6" w14:textId="77777777" w:rsidR="002F14F2" w:rsidRPr="00827E4F" w:rsidRDefault="002F14F2">
            <w:pPr>
              <w:rPr>
                <w:b/>
                <w:color w:val="173F67"/>
              </w:rPr>
            </w:pPr>
            <w:r w:rsidRPr="00827E4F">
              <w:rPr>
                <w:b/>
                <w:bCs/>
                <w:color w:val="173F67"/>
                <w:sz w:val="16"/>
                <w:szCs w:val="16"/>
              </w:rPr>
              <w:t>Date</w:t>
            </w:r>
          </w:p>
        </w:tc>
      </w:tr>
      <w:tr w:rsidR="002F14F2" w:rsidRPr="00827E4F" w14:paraId="5B342681" w14:textId="77777777" w:rsidTr="002F14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90" w:type="dxa"/>
          <w:wAfter w:w="124" w:type="dxa"/>
          <w:trHeight w:val="160"/>
        </w:trPr>
        <w:tc>
          <w:tcPr>
            <w:tcW w:w="10480" w:type="dxa"/>
            <w:gridSpan w:val="3"/>
            <w:tcBorders>
              <w:top w:val="nil"/>
              <w:left w:val="nil"/>
              <w:bottom w:val="nil"/>
              <w:right w:val="nil"/>
            </w:tcBorders>
            <w:shd w:val="clear" w:color="auto" w:fill="FFFFFF"/>
            <w:tcMar>
              <w:top w:w="0" w:type="dxa"/>
              <w:left w:w="0" w:type="dxa"/>
              <w:bottom w:w="0" w:type="dxa"/>
              <w:right w:w="0" w:type="dxa"/>
            </w:tcMar>
            <w:vAlign w:val="center"/>
            <w:hideMark/>
          </w:tcPr>
          <w:p w14:paraId="23785A7D" w14:textId="77777777" w:rsidR="002F14F2" w:rsidRPr="00827E4F" w:rsidRDefault="002F14F2">
            <w:pPr>
              <w:rPr>
                <w:kern w:val="2"/>
                <w:szCs w:val="18"/>
                <w:lang w:eastAsia="en-GB"/>
                <w14:ligatures w14:val="standardContextual"/>
              </w:rPr>
            </w:pPr>
          </w:p>
        </w:tc>
      </w:tr>
      <w:tr w:rsidR="0096655C" w:rsidRPr="00827E4F" w14:paraId="0E57B73F" w14:textId="77777777" w:rsidTr="002F14F2">
        <w:trPr>
          <w:gridAfter w:val="2"/>
          <w:wAfter w:w="124" w:type="dxa"/>
        </w:trPr>
        <w:tc>
          <w:tcPr>
            <w:tcW w:w="10570" w:type="dxa"/>
            <w:gridSpan w:val="4"/>
            <w:shd w:val="clear" w:color="auto" w:fill="EAF2F8"/>
            <w:tcMar>
              <w:top w:w="70" w:type="dxa"/>
              <w:left w:w="90" w:type="dxa"/>
              <w:bottom w:w="70" w:type="dxa"/>
              <w:right w:w="90" w:type="dxa"/>
            </w:tcMar>
          </w:tcPr>
          <w:p w14:paraId="7AB60C6F" w14:textId="77777777" w:rsidR="0096655C" w:rsidRPr="00827E4F" w:rsidRDefault="008874FF">
            <w:r w:rsidRPr="00827E4F">
              <w:rPr>
                <w:b/>
                <w:color w:val="173F67"/>
              </w:rPr>
              <w:t>AUTHORISED COACH / SESSION LEAD - SUITABILITY</w:t>
            </w:r>
          </w:p>
          <w:p w14:paraId="3507FBE8" w14:textId="77777777" w:rsidR="0096655C" w:rsidRPr="00827E4F" w:rsidRDefault="008874FF">
            <w:pPr>
              <w:spacing w:after="20"/>
            </w:pPr>
            <w:r w:rsidRPr="00827E4F">
              <w:rPr>
                <w:sz w:val="16"/>
              </w:rPr>
              <w:t>Where adult or mixed-age participation is proposed, I confirm that I have considered the player's suitability for the relevant environment, including the factors described in Section 2, and that appropriate U18 safeguarding arrangements are in place. On that basis, I agree that participation may proceed. This assessment should be reviewed if circumstances materially change.</w:t>
            </w:r>
          </w:p>
        </w:tc>
      </w:tr>
      <w:tr w:rsidR="002F14F2" w:rsidRPr="00827E4F" w14:paraId="7655BE4A" w14:textId="77777777" w:rsidTr="002F14F2">
        <w:trPr>
          <w:gridAfter w:val="2"/>
          <w:wAfter w:w="124" w:type="dxa"/>
        </w:trPr>
        <w:tc>
          <w:tcPr>
            <w:tcW w:w="3523" w:type="dxa"/>
            <w:gridSpan w:val="2"/>
            <w:shd w:val="clear" w:color="auto" w:fill="EAF2F8"/>
            <w:tcMar>
              <w:top w:w="70" w:type="dxa"/>
              <w:left w:w="90" w:type="dxa"/>
              <w:bottom w:w="70" w:type="dxa"/>
              <w:right w:w="90" w:type="dxa"/>
            </w:tcMar>
          </w:tcPr>
          <w:p w14:paraId="561D95B2" w14:textId="77777777" w:rsidR="002F14F2" w:rsidRPr="00827E4F" w:rsidRDefault="002F14F2">
            <w:pPr>
              <w:rPr>
                <w:b/>
                <w:bCs/>
                <w:color w:val="173F67"/>
                <w:sz w:val="16"/>
                <w:szCs w:val="16"/>
              </w:rPr>
            </w:pPr>
            <w:r w:rsidRPr="00827E4F">
              <w:rPr>
                <w:b/>
                <w:bCs/>
                <w:color w:val="173F67"/>
                <w:sz w:val="16"/>
                <w:szCs w:val="16"/>
              </w:rPr>
              <w:t>Coach / Session Lead name and role</w:t>
            </w:r>
          </w:p>
          <w:p w14:paraId="4804B524" w14:textId="77777777" w:rsidR="002F14F2" w:rsidRPr="00827E4F" w:rsidRDefault="002F14F2">
            <w:pPr>
              <w:rPr>
                <w:b/>
                <w:bCs/>
                <w:color w:val="173F67"/>
                <w:sz w:val="16"/>
                <w:szCs w:val="16"/>
              </w:rPr>
            </w:pPr>
          </w:p>
          <w:p w14:paraId="77A5F9FF" w14:textId="77777777" w:rsidR="002F14F2" w:rsidRPr="00827E4F" w:rsidRDefault="002F14F2">
            <w:pPr>
              <w:rPr>
                <w:b/>
                <w:bCs/>
                <w:color w:val="173F67"/>
                <w:sz w:val="16"/>
                <w:szCs w:val="16"/>
              </w:rPr>
            </w:pPr>
          </w:p>
          <w:p w14:paraId="35749643" w14:textId="77777777" w:rsidR="002F14F2" w:rsidRPr="00827E4F" w:rsidRDefault="002F14F2">
            <w:pPr>
              <w:rPr>
                <w:b/>
                <w:color w:val="173F67"/>
              </w:rPr>
            </w:pPr>
          </w:p>
        </w:tc>
        <w:tc>
          <w:tcPr>
            <w:tcW w:w="3523" w:type="dxa"/>
            <w:shd w:val="clear" w:color="auto" w:fill="EAF2F8"/>
          </w:tcPr>
          <w:p w14:paraId="54B54E19" w14:textId="77777777" w:rsidR="002F14F2" w:rsidRPr="00827E4F" w:rsidRDefault="002F14F2">
            <w:pPr>
              <w:rPr>
                <w:b/>
                <w:color w:val="173F67"/>
              </w:rPr>
            </w:pPr>
            <w:r w:rsidRPr="00827E4F">
              <w:rPr>
                <w:b/>
                <w:bCs/>
                <w:color w:val="173F67"/>
                <w:sz w:val="16"/>
                <w:szCs w:val="16"/>
              </w:rPr>
              <w:t>Signature</w:t>
            </w:r>
          </w:p>
        </w:tc>
        <w:tc>
          <w:tcPr>
            <w:tcW w:w="3524" w:type="dxa"/>
            <w:shd w:val="clear" w:color="auto" w:fill="EAF2F8"/>
          </w:tcPr>
          <w:p w14:paraId="4A81F30B" w14:textId="77777777" w:rsidR="002F14F2" w:rsidRPr="00827E4F" w:rsidRDefault="002F14F2">
            <w:pPr>
              <w:rPr>
                <w:b/>
                <w:color w:val="173F67"/>
              </w:rPr>
            </w:pPr>
            <w:r w:rsidRPr="00827E4F">
              <w:rPr>
                <w:b/>
                <w:bCs/>
                <w:color w:val="173F67"/>
                <w:sz w:val="16"/>
                <w:szCs w:val="16"/>
              </w:rPr>
              <w:t>Date</w:t>
            </w:r>
          </w:p>
        </w:tc>
      </w:tr>
      <w:tr w:rsidR="002F14F2" w:rsidRPr="00827E4F" w14:paraId="7F48815C" w14:textId="77777777" w:rsidTr="002F14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90" w:type="dxa"/>
          <w:wAfter w:w="35" w:type="dxa"/>
          <w:trHeight w:val="160"/>
        </w:trPr>
        <w:tc>
          <w:tcPr>
            <w:tcW w:w="10569" w:type="dxa"/>
            <w:gridSpan w:val="4"/>
            <w:tcBorders>
              <w:top w:val="nil"/>
              <w:left w:val="nil"/>
              <w:bottom w:val="nil"/>
              <w:right w:val="nil"/>
            </w:tcBorders>
            <w:shd w:val="clear" w:color="auto" w:fill="FFFFFF"/>
            <w:tcMar>
              <w:top w:w="0" w:type="dxa"/>
              <w:left w:w="0" w:type="dxa"/>
              <w:bottom w:w="0" w:type="dxa"/>
              <w:right w:w="0" w:type="dxa"/>
            </w:tcMar>
            <w:vAlign w:val="center"/>
            <w:hideMark/>
          </w:tcPr>
          <w:p w14:paraId="52722028" w14:textId="77777777" w:rsidR="002F14F2" w:rsidRPr="00827E4F" w:rsidRDefault="002F14F2">
            <w:pPr>
              <w:rPr>
                <w:kern w:val="2"/>
                <w:szCs w:val="18"/>
                <w:lang w:eastAsia="en-GB"/>
                <w14:ligatures w14:val="standardContextual"/>
              </w:rPr>
            </w:pPr>
          </w:p>
        </w:tc>
      </w:tr>
      <w:tr w:rsidR="0096655C" w:rsidRPr="00827E4F" w14:paraId="217BD57F" w14:textId="77777777" w:rsidTr="002F14F2">
        <w:tblPrEx>
          <w:tblBorders>
            <w:top w:val="single" w:sz="9" w:space="0" w:color="173F67"/>
            <w:left w:val="single" w:sz="9" w:space="0" w:color="173F67"/>
            <w:bottom w:val="single" w:sz="9" w:space="0" w:color="173F67"/>
            <w:right w:val="single" w:sz="9" w:space="0" w:color="173F67"/>
            <w:insideH w:val="single" w:sz="9" w:space="0" w:color="173F67"/>
            <w:insideV w:val="single" w:sz="9" w:space="0" w:color="173F67"/>
          </w:tblBorders>
        </w:tblPrEx>
        <w:tc>
          <w:tcPr>
            <w:tcW w:w="10694" w:type="dxa"/>
            <w:gridSpan w:val="6"/>
            <w:shd w:val="clear" w:color="auto" w:fill="173F67"/>
            <w:tcMar>
              <w:top w:w="70" w:type="dxa"/>
              <w:left w:w="80" w:type="dxa"/>
              <w:bottom w:w="70" w:type="dxa"/>
              <w:right w:w="80" w:type="dxa"/>
            </w:tcMar>
          </w:tcPr>
          <w:p w14:paraId="1B9796AB" w14:textId="5472CDDF" w:rsidR="0096655C" w:rsidRPr="00827E4F" w:rsidRDefault="008874FF">
            <w:pPr>
              <w:spacing w:after="0"/>
              <w:jc w:val="center"/>
            </w:pPr>
            <w:r w:rsidRPr="00827E4F">
              <w:rPr>
                <w:b/>
                <w:color w:val="FFFFFF"/>
                <w:sz w:val="17"/>
              </w:rPr>
              <w:t xml:space="preserve">PARENT/CARER </w:t>
            </w:r>
            <w:r w:rsidR="00BE1ED2" w:rsidRPr="00827E4F">
              <w:rPr>
                <w:b/>
                <w:color w:val="FFFFFF"/>
                <w:sz w:val="17"/>
              </w:rPr>
              <w:t>CONSENT + YOUNG</w:t>
            </w:r>
            <w:r w:rsidRPr="00827E4F">
              <w:rPr>
                <w:b/>
                <w:color w:val="FFFFFF"/>
                <w:sz w:val="17"/>
              </w:rPr>
              <w:t xml:space="preserve"> PERSON'S </w:t>
            </w:r>
            <w:r w:rsidR="00BE1ED2" w:rsidRPr="00827E4F">
              <w:rPr>
                <w:b/>
                <w:color w:val="FFFFFF"/>
                <w:sz w:val="17"/>
              </w:rPr>
              <w:t>AGREEMENT + COACH</w:t>
            </w:r>
            <w:r w:rsidRPr="00827E4F">
              <w:rPr>
                <w:b/>
                <w:color w:val="FFFFFF"/>
                <w:sz w:val="17"/>
              </w:rPr>
              <w:t xml:space="preserve"> / SESSION LEAD </w:t>
            </w:r>
            <w:r w:rsidR="00BE1ED2" w:rsidRPr="00827E4F">
              <w:rPr>
                <w:b/>
                <w:color w:val="FFFFFF"/>
                <w:sz w:val="17"/>
              </w:rPr>
              <w:t>SUITABILITY + APPROPRIATE</w:t>
            </w:r>
            <w:r w:rsidRPr="00827E4F">
              <w:rPr>
                <w:b/>
                <w:color w:val="FFFFFF"/>
                <w:sz w:val="17"/>
              </w:rPr>
              <w:t xml:space="preserve"> </w:t>
            </w:r>
            <w:r w:rsidR="00BE1ED2" w:rsidRPr="00827E4F">
              <w:rPr>
                <w:b/>
                <w:color w:val="FFFFFF"/>
                <w:sz w:val="17"/>
              </w:rPr>
              <w:t>SAFEGUARDS = PARTICIPATION</w:t>
            </w:r>
            <w:r w:rsidRPr="00827E4F">
              <w:rPr>
                <w:b/>
                <w:color w:val="FFFFFF"/>
                <w:sz w:val="17"/>
              </w:rPr>
              <w:t xml:space="preserve"> MAY PROCEED</w:t>
            </w:r>
          </w:p>
        </w:tc>
      </w:tr>
    </w:tbl>
    <w:p w14:paraId="26BA2588" w14:textId="77777777" w:rsidR="002F14F2" w:rsidRPr="00827E4F" w:rsidRDefault="002F14F2">
      <w:pPr>
        <w:spacing w:line="240" w:lineRule="auto"/>
        <w:rPr>
          <w:sz w:val="17"/>
        </w:rPr>
      </w:pPr>
    </w:p>
    <w:p w14:paraId="4E3E9551" w14:textId="77777777" w:rsidR="002F14F2" w:rsidRPr="00827E4F" w:rsidRDefault="008874FF">
      <w:pPr>
        <w:spacing w:line="240" w:lineRule="auto"/>
        <w:rPr>
          <w:sz w:val="17"/>
        </w:rPr>
      </w:pPr>
      <w:r w:rsidRPr="00827E4F">
        <w:rPr>
          <w:sz w:val="17"/>
        </w:rPr>
        <w:t xml:space="preserve">The participant remains under 18 for safeguarding purposes when taking part with adults. </w:t>
      </w:r>
    </w:p>
    <w:p w14:paraId="51F32622" w14:textId="77777777" w:rsidR="0096655C" w:rsidRPr="00827E4F" w:rsidRDefault="008874FF">
      <w:pPr>
        <w:spacing w:line="240" w:lineRule="auto"/>
        <w:rPr>
          <w:sz w:val="17"/>
        </w:rPr>
      </w:pPr>
      <w:r w:rsidRPr="00827E4F">
        <w:rPr>
          <w:sz w:val="17"/>
        </w:rPr>
        <w:t>Parental consent does not remove Scottish Touch's safeguarding responsibilities or prevent an authorised Coach / Session Lead from declining, restricting or modifying participation where appropriate.</w:t>
      </w:r>
    </w:p>
    <w:p w14:paraId="780ABACB" w14:textId="77777777" w:rsidR="002F14F2" w:rsidRPr="00827E4F" w:rsidRDefault="002F14F2">
      <w:pPr>
        <w:spacing w:line="240" w:lineRule="auto"/>
      </w:pPr>
    </w:p>
    <w:p w14:paraId="4EACF2C9" w14:textId="77777777" w:rsidR="0096655C" w:rsidRDefault="008874FF">
      <w:pPr>
        <w:spacing w:line="240" w:lineRule="auto"/>
      </w:pPr>
      <w:r w:rsidRPr="00827E4F">
        <w:rPr>
          <w:sz w:val="17"/>
        </w:rPr>
        <w:t>Safeguarding concerns: Viv Mathieson | safeguarding@touch.scot | 07814 468071</w:t>
      </w:r>
    </w:p>
    <w:sectPr w:rsidR="0096655C" w:rsidSect="00034616">
      <w:headerReference w:type="default" r:id="rId8"/>
      <w:footerReference w:type="default" r:id="rId9"/>
      <w:pgSz w:w="12240" w:h="15840"/>
      <w:pgMar w:top="1800" w:right="835" w:bottom="749" w:left="835"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8E432" w14:textId="77777777" w:rsidR="007A4B0A" w:rsidRPr="00827E4F" w:rsidRDefault="007A4B0A">
      <w:pPr>
        <w:spacing w:after="0" w:line="240" w:lineRule="auto"/>
      </w:pPr>
      <w:r w:rsidRPr="00827E4F">
        <w:separator/>
      </w:r>
    </w:p>
  </w:endnote>
  <w:endnote w:type="continuationSeparator" w:id="0">
    <w:p w14:paraId="2BABADC2" w14:textId="77777777" w:rsidR="007A4B0A" w:rsidRPr="00827E4F" w:rsidRDefault="007A4B0A">
      <w:pPr>
        <w:spacing w:after="0" w:line="240" w:lineRule="auto"/>
      </w:pPr>
      <w:r w:rsidRPr="00827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1181" w14:textId="77777777" w:rsidR="0096655C" w:rsidRPr="00827E4F" w:rsidRDefault="0096655C">
    <w:pPr>
      <w:pStyle w:val="Footer"/>
    </w:pPr>
  </w:p>
  <w:tbl>
    <w:tblPr>
      <w:tblW w:w="0" w:type="auto"/>
      <w:jc w:val="center"/>
      <w:tblLook w:val="04A0" w:firstRow="1" w:lastRow="0" w:firstColumn="1" w:lastColumn="0" w:noHBand="0" w:noVBand="1"/>
    </w:tblPr>
    <w:tblGrid>
      <w:gridCol w:w="5220"/>
      <w:gridCol w:w="5220"/>
    </w:tblGrid>
    <w:tr w:rsidR="00D102AD" w14:paraId="470934C1" w14:textId="77777777">
      <w:trPr>
        <w:jc w:val="center"/>
      </w:trPr>
      <w:tc>
        <w:tcPr>
          <w:tcW w:w="5220" w:type="dxa"/>
          <w:tcBorders>
            <w:top w:val="nil"/>
            <w:left w:val="nil"/>
            <w:bottom w:val="nil"/>
            <w:right w:val="nil"/>
          </w:tcBorders>
        </w:tcPr>
        <w:p w14:paraId="4BD548D2" w14:textId="77777777" w:rsidR="00D102AD" w:rsidRDefault="008874FF">
          <w:r>
            <w:rPr>
              <w:color w:val="737373"/>
              <w:sz w:val="14"/>
            </w:rPr>
            <w:t>Scottish Touch • Parental / Guardian Consent &amp; U18 Participation Form</w:t>
          </w:r>
        </w:p>
      </w:tc>
      <w:tc>
        <w:tcPr>
          <w:tcW w:w="5220" w:type="dxa"/>
          <w:tcBorders>
            <w:top w:val="nil"/>
            <w:left w:val="nil"/>
            <w:bottom w:val="nil"/>
            <w:right w:val="nil"/>
          </w:tcBorders>
        </w:tcPr>
        <w:p w14:paraId="50577AA7" w14:textId="0034350A" w:rsidR="00D102AD" w:rsidRDefault="00777D1D">
          <w:pPr>
            <w:jc w:val="right"/>
          </w:pPr>
          <w:r>
            <w:rPr>
              <w:color w:val="737373"/>
              <w:sz w:val="14"/>
            </w:rPr>
            <w:t>S</w:t>
          </w:r>
          <w:r w:rsidR="008874FF">
            <w:rPr>
              <w:color w:val="737373"/>
              <w:sz w:val="14"/>
            </w:rPr>
            <w:t>ep</w:t>
          </w:r>
          <w:r>
            <w:rPr>
              <w:color w:val="737373"/>
              <w:sz w:val="14"/>
            </w:rPr>
            <w:t>t</w:t>
          </w:r>
          <w:r w:rsidR="008874FF">
            <w:rPr>
              <w:color w:val="737373"/>
              <w:sz w:val="14"/>
            </w:rPr>
            <w:t xml:space="preserve">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B83C1" w14:textId="77777777" w:rsidR="007A4B0A" w:rsidRPr="00827E4F" w:rsidRDefault="007A4B0A">
      <w:pPr>
        <w:spacing w:after="0" w:line="240" w:lineRule="auto"/>
      </w:pPr>
      <w:r w:rsidRPr="00827E4F">
        <w:separator/>
      </w:r>
    </w:p>
  </w:footnote>
  <w:footnote w:type="continuationSeparator" w:id="0">
    <w:p w14:paraId="3EC09223" w14:textId="77777777" w:rsidR="007A4B0A" w:rsidRPr="00827E4F" w:rsidRDefault="007A4B0A">
      <w:pPr>
        <w:spacing w:after="0" w:line="240" w:lineRule="auto"/>
      </w:pPr>
      <w:r w:rsidRPr="00827E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884E" w14:textId="77777777" w:rsidR="002F14F2" w:rsidRPr="00827E4F" w:rsidRDefault="002F14F2">
    <w:pPr>
      <w:pStyle w:val="Header"/>
      <w:jc w:val="center"/>
    </w:pPr>
    <w:r>
      <w:rPr>
        <w:noProof/>
      </w:rPr>
      <w:drawing>
        <wp:inline distT="0" distB="0" distL="0" distR="0" wp14:anchorId="631DB3C3" wp14:editId="0586261F">
          <wp:extent cx="6629400" cy="9305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banner_from_original.png"/>
                  <pic:cNvPicPr/>
                </pic:nvPicPr>
                <pic:blipFill>
                  <a:blip r:embed="rId1"/>
                  <a:stretch>
                    <a:fillRect/>
                  </a:stretch>
                </pic:blipFill>
                <pic:spPr>
                  <a:xfrm>
                    <a:off x="0" y="0"/>
                    <a:ext cx="6629400" cy="930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0363266">
    <w:abstractNumId w:val="8"/>
  </w:num>
  <w:num w:numId="2" w16cid:durableId="100956305">
    <w:abstractNumId w:val="6"/>
  </w:num>
  <w:num w:numId="3" w16cid:durableId="211502083">
    <w:abstractNumId w:val="5"/>
  </w:num>
  <w:num w:numId="4" w16cid:durableId="1419206615">
    <w:abstractNumId w:val="4"/>
  </w:num>
  <w:num w:numId="5" w16cid:durableId="1925987776">
    <w:abstractNumId w:val="7"/>
  </w:num>
  <w:num w:numId="6" w16cid:durableId="1770202620">
    <w:abstractNumId w:val="3"/>
  </w:num>
  <w:num w:numId="7" w16cid:durableId="456604447">
    <w:abstractNumId w:val="2"/>
  </w:num>
  <w:num w:numId="8" w16cid:durableId="1544098916">
    <w:abstractNumId w:val="1"/>
  </w:num>
  <w:num w:numId="9" w16cid:durableId="39158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597A"/>
    <w:rsid w:val="002F14F2"/>
    <w:rsid w:val="00326801"/>
    <w:rsid w:val="00326F90"/>
    <w:rsid w:val="003318D6"/>
    <w:rsid w:val="004E2720"/>
    <w:rsid w:val="0063662E"/>
    <w:rsid w:val="006767AD"/>
    <w:rsid w:val="00777D1D"/>
    <w:rsid w:val="007A4B0A"/>
    <w:rsid w:val="00827E4F"/>
    <w:rsid w:val="008374C0"/>
    <w:rsid w:val="008874FF"/>
    <w:rsid w:val="0096655C"/>
    <w:rsid w:val="00A446CA"/>
    <w:rsid w:val="00AA1D8D"/>
    <w:rsid w:val="00B24982"/>
    <w:rsid w:val="00B47730"/>
    <w:rsid w:val="00BB389D"/>
    <w:rsid w:val="00BE1ED2"/>
    <w:rsid w:val="00C23131"/>
    <w:rsid w:val="00C80060"/>
    <w:rsid w:val="00C84C5A"/>
    <w:rsid w:val="00CB0664"/>
    <w:rsid w:val="00D102AD"/>
    <w:rsid w:val="00E4453E"/>
    <w:rsid w:val="00FA64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2FEF02"/>
  <w14:defaultImageDpi w14:val="300"/>
  <w15:docId w15:val="{82C0E7DB-36FB-43EE-85AB-BCA86128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9</cp:revision>
  <dcterms:created xsi:type="dcterms:W3CDTF">2026-09-16T14:59:00Z</dcterms:created>
  <dcterms:modified xsi:type="dcterms:W3CDTF">2026-09-16T22:19:00Z</dcterms:modified>
  <cp:category/>
</cp:coreProperties>
</file>